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Mintafeladatok</w:t>
      </w:r>
    </w:p>
    <w:p>
      <w:pPr>
        <w:spacing w:after="240"/>
      </w:pPr>
      <w:r>
        <w:rPr>
          <w:b/>
          <w:color w:val="1F4E79"/>
          <w:sz w:val="26"/>
        </w:rPr>
        <w:t>Másodfokú egyenlőtlenségek megoldása félgrafikus módszerrel</w:t>
      </w:r>
    </w:p>
    <w:p>
      <w:r>
        <w:t>Név: ____________________________________    Dátum: ____________________    Osztály: __________</w:t>
      </w:r>
    </w:p>
    <w:p>
      <w:r>
        <w:t>Útmutató: minden feladatnál tüntesd fel a megfelelő másodfokú egyenletet, számítsd ki a diszkriminánst, vizsgáld meg a parabola nyílásirányát, majd add meg a megoldáshalmazt intervallumjelöléssel.</w:t>
      </w:r>
    </w:p>
    <w:p>
      <w:pPr>
        <w:pStyle w:val="Heading1"/>
      </w:pPr>
      <w:r>
        <w:t>Emlékeztető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</w:trPr>
        <w:tc>
          <w:tcPr>
            <w:tcW w:type="dxa" w:w="14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1F4E79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Lépés</w:t>
            </w:r>
          </w:p>
        </w:tc>
        <w:tc>
          <w:tcPr>
            <w:tcW w:type="dxa" w:w="921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1F4E79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Teendő</w:t>
            </w:r>
          </w:p>
        </w:tc>
      </w:tr>
      <w:tr>
        <w:tc>
          <w:tcPr>
            <w:tcW w:type="dxa" w:w="14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1.</w:t>
            </w:r>
          </w:p>
        </w:tc>
        <w:tc>
          <w:tcPr>
            <w:tcW w:type="dxa" w:w="921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Oldd meg az ax² + bx + c = 0 egyenletet.</w:t>
            </w:r>
          </w:p>
        </w:tc>
      </w:tr>
      <w:tr>
        <w:tc>
          <w:tcPr>
            <w:tcW w:type="dxa" w:w="14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2.</w:t>
            </w:r>
          </w:p>
        </w:tc>
        <w:tc>
          <w:tcPr>
            <w:tcW w:type="dxa" w:w="921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Vizsgáld meg a D diszkrimináns előjelét és a gyököket.</w:t>
            </w:r>
          </w:p>
        </w:tc>
      </w:tr>
      <w:tr>
        <w:tc>
          <w:tcPr>
            <w:tcW w:type="dxa" w:w="14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3.</w:t>
            </w:r>
          </w:p>
        </w:tc>
        <w:tc>
          <w:tcPr>
            <w:tcW w:type="dxa" w:w="921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Állapítsd meg a parabola nyílásirányát az a előjele alapján.</w:t>
            </w:r>
          </w:p>
        </w:tc>
      </w:tr>
      <w:tr>
        <w:tc>
          <w:tcPr>
            <w:tcW w:type="dxa" w:w="14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4.</w:t>
            </w:r>
          </w:p>
        </w:tc>
        <w:tc>
          <w:tcPr>
            <w:tcW w:type="dxa" w:w="921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Készíts vázlatot, majd olvasd le az előjeltartományt.</w:t>
            </w:r>
          </w:p>
        </w:tc>
      </w:tr>
      <w:tr>
        <w:tc>
          <w:tcPr>
            <w:tcW w:type="dxa" w:w="14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5.</w:t>
            </w:r>
          </w:p>
        </w:tc>
        <w:tc>
          <w:tcPr>
            <w:tcW w:type="dxa" w:w="921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A végpontokat a reláció jele alapján kezeld.</w:t>
            </w:r>
          </w:p>
        </w:tc>
      </w:tr>
    </w:tbl>
    <w:p>
      <w:pPr>
        <w:spacing w:after="20"/>
      </w:pPr>
    </w:p>
    <w:p>
      <w:pPr>
        <w:pStyle w:val="Heading1"/>
      </w:pPr>
      <w:r>
        <w:t>A szint Alapozó feladatok</w:t>
      </w:r>
    </w:p>
    <w:p>
      <w:r>
        <w:t>Oldd meg a következő egyenlőtlenségeket félgrafikusan. A vázlatos parabola rajza is legyen része a megoldásnak.</w:t>
      </w:r>
    </w:p>
    <w:p>
      <w:pPr>
        <w:spacing w:after="20"/>
      </w:pPr>
      <w:r>
        <w:rPr>
          <w:b/>
        </w:rPr>
        <w:t>1.  x² − 5x + 6 &gt;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2.  x² − 4x + 3 ≤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3.  −x² + 4x − 3 &gt;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4.  x² + 2x − 8 ≥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pStyle w:val="Heading1"/>
      </w:pPr>
      <w:r>
        <w:t>B szint Gyakorló feladatok</w:t>
      </w:r>
    </w:p>
    <w:p>
      <w:r>
        <w:t>Ügyelj a D &lt; 0 és a D = 0 esetek felismerésére is.</w:t>
      </w:r>
    </w:p>
    <w:p>
      <w:pPr>
        <w:spacing w:after="20"/>
      </w:pPr>
      <w:r>
        <w:rPr>
          <w:b/>
        </w:rPr>
        <w:t>5.  2x² − 8x + 6 ≥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6.  −x² − 2x + 3 &lt;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7.  x² + 4x + 7 &gt;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8.  −x² + 6x − 9 ≤ 0</w:t>
      </w:r>
    </w:p>
    <w:p>
      <w:r>
        <w:t>Megoldás: ________________________________________________________________</w:t>
      </w:r>
    </w:p>
    <w:p>
      <w:r>
        <w:t>___________________________________________________________________________</w:t>
      </w:r>
    </w:p>
    <w:p>
      <w:pPr>
        <w:pStyle w:val="Heading1"/>
      </w:pPr>
      <w:r>
        <w:t>C szint Gondolkodtató feladatok</w:t>
      </w:r>
    </w:p>
    <w:p>
      <w:pPr>
        <w:spacing w:after="20"/>
      </w:pPr>
      <w:r>
        <w:rPr>
          <w:b/>
        </w:rPr>
        <w:t>9.  Egy másodfokú egyenlőtlenség megoldáshalmaza (−∞; 2] ∪ [5; ∞). Adj meg egy lehetséges egyenlőtlenséget!</w:t>
      </w:r>
    </w:p>
    <w:p>
      <w:r>
        <w:t>Válasz / indoklás: 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10.  Döntsd el indoklással, hogy igaz vagy hamis: ha a parabola felfelé nyílik és két különböző valós gyöke van, akkor a kifejezés a gyökök között negatív.</w:t>
      </w:r>
    </w:p>
    <w:p>
      <w:r>
        <w:t>Válasz / indoklás: __________________________________________________________</w:t>
      </w:r>
    </w:p>
    <w:p>
      <w:r>
        <w:t>___________________________________________________________________________</w:t>
      </w:r>
    </w:p>
    <w:p>
      <w:pPr>
        <w:spacing w:after="20"/>
      </w:pPr>
      <w:r>
        <w:rPr>
          <w:b/>
        </w:rPr>
        <w:t>11.  Határozd meg az m paraméter értékeit, ha x² − 4x + m &gt; 0 minden valós x esetén.</w:t>
      </w:r>
    </w:p>
    <w:p>
      <w:r>
        <w:t>Válasz / indoklás: __________________________________________________________</w:t>
      </w:r>
    </w:p>
    <w:p>
      <w:r>
        <w:t>___________________________________________________________________________</w:t>
      </w:r>
    </w:p>
    <w:p>
      <w:r>
        <w:br w:type="page"/>
      </w:r>
    </w:p>
    <w:p>
      <w:pPr>
        <w:pStyle w:val="Title"/>
      </w:pPr>
      <w:r>
        <w:t>Megoldókulcs</w:t>
      </w:r>
    </w:p>
    <w:p>
      <w:r>
        <w:t>A megoldások a tanári ellenőrzést segítik. A tanulói megoldás akkor teljes, ha a gyökök, a nyílásirány és a megoldáshalmaz is szerepel.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</w:trP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1F4E79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Feladat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1F4E79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Megoldáshalmaz / válasz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1.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x ∈ (−∞; 2) ∪ (3; ∞)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2.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x ∈ [1; 3]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3.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x ∈ (1; 3)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4.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x ∈ (−∞; −4] ∪ [2; ∞)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5.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x ∈ (−∞; 1] ∪ [3; ∞)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6.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x ∈ (−∞; −3) ∪ (1; ∞)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7.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Minden valós x, mert D &lt; 0 és a &gt; 0.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8.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Minden valós x, mert D = 0 és a &lt; 0.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9.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Például (x − 2)(x − 5) ≥ 0, azaz x² − 7x + 10 ≥ 0.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10.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3F6F9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Igaz.</w:t>
            </w:r>
          </w:p>
        </w:tc>
      </w:tr>
      <w:tr>
        <w:tc>
          <w:tcPr>
            <w:tcW w:type="dxa" w:w="165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11.</w:t>
            </w:r>
          </w:p>
        </w:tc>
        <w:tc>
          <w:tcPr>
            <w:tcW w:type="dxa" w:w="90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m &gt; 4.</w:t>
            </w:r>
          </w:p>
        </w:tc>
      </w:tr>
    </w:tbl>
    <w:p>
      <w:pPr>
        <w:spacing w:after="20"/>
      </w:pPr>
    </w:p>
    <w:p>
      <w:pPr>
        <w:pStyle w:val="Heading1"/>
      </w:pPr>
      <w:r>
        <w:t>Önellenőrző lista</w:t>
      </w:r>
    </w:p>
    <w:p>
      <w:pPr>
        <w:pStyle w:val="ListBullet"/>
        <w:spacing w:after="40" w:line="252" w:lineRule="auto"/>
      </w:pPr>
      <w:r>
        <w:t>☐ Kiszámítottam a diszkriminánst.</w:t>
      </w:r>
    </w:p>
    <w:p>
      <w:pPr>
        <w:pStyle w:val="ListBullet"/>
        <w:spacing w:after="40" w:line="252" w:lineRule="auto"/>
      </w:pPr>
      <w:r>
        <w:t>☐ Meghatároztam a gyököket vagy megindokoltam, ha nincsenek valós gyökök.</w:t>
      </w:r>
    </w:p>
    <w:p>
      <w:pPr>
        <w:pStyle w:val="ListBullet"/>
        <w:spacing w:after="40" w:line="252" w:lineRule="auto"/>
      </w:pPr>
      <w:r>
        <w:t>☐ Megállapítottam a parabola nyílásirányát.</w:t>
      </w:r>
    </w:p>
    <w:p>
      <w:pPr>
        <w:pStyle w:val="ListBullet"/>
        <w:spacing w:after="40" w:line="252" w:lineRule="auto"/>
      </w:pPr>
      <w:r>
        <w:t>☐ Helyesen kezeltem a végpontokat.</w:t>
      </w:r>
    </w:p>
    <w:p>
      <w:pPr>
        <w:pStyle w:val="ListBullet"/>
        <w:spacing w:after="40" w:line="252" w:lineRule="auto"/>
      </w:pPr>
      <w:r>
        <w:t>☐ Intervallumjelöléssel is megadtam a megoldáshalmazt.</w:t>
      </w:r>
    </w:p>
    <w:sectPr w:rsidR="00FC693F" w:rsidRPr="0006063C" w:rsidSect="00034616">
      <w:footerReference w:type="default" r:id="rId9"/>
      <w:pgSz w:w="12240" w:h="15840"/>
      <w:pgMar w:top="936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Matematika – Másodfokú egyenlőtlenségek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Mintafeladatok – Másodfokú egyenlőtlenségek</dc:title>
  <dc:subject>10. évfolyam matematika</dc:subject>
  <dc:creator>Codex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