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AD1B1" w14:textId="77777777" w:rsidR="00E10EF9" w:rsidRDefault="00000000">
      <w:pPr>
        <w:spacing w:before="120" w:after="80"/>
      </w:pPr>
      <w:r>
        <w:rPr>
          <w:b/>
          <w:sz w:val="24"/>
        </w:rPr>
        <w:t>1. Egészítsd ki a képleteket!</w:t>
      </w:r>
    </w:p>
    <w:p w14:paraId="692B68C9" w14:textId="77777777" w:rsidR="00E10EF9" w:rsidRDefault="00000000">
      <w:pPr>
        <w:spacing w:after="20"/>
      </w:pPr>
      <w:r>
        <w:t>Nettó eladási ár = __________________ + __________________</w:t>
      </w:r>
    </w:p>
    <w:p w14:paraId="415FE007" w14:textId="77777777" w:rsidR="00E10EF9" w:rsidRDefault="00000000">
      <w:pPr>
        <w:spacing w:after="80"/>
      </w:pPr>
      <w:r>
        <w:rPr>
          <w:i/>
          <w:color w:val="008000"/>
        </w:rPr>
        <w:t>Megoldás: Nettó eladási ár = ELÁBÉ + Árrés</w:t>
      </w:r>
    </w:p>
    <w:p w14:paraId="162253CC" w14:textId="77777777" w:rsidR="00E10EF9" w:rsidRDefault="00000000">
      <w:pPr>
        <w:spacing w:after="20"/>
      </w:pPr>
      <w:r>
        <w:t>Árrés = __________________ − __________________</w:t>
      </w:r>
    </w:p>
    <w:p w14:paraId="3DF57820" w14:textId="77777777" w:rsidR="00E10EF9" w:rsidRDefault="00000000">
      <w:pPr>
        <w:spacing w:after="80"/>
      </w:pPr>
      <w:r>
        <w:rPr>
          <w:i/>
          <w:color w:val="008000"/>
        </w:rPr>
        <w:t>Megoldás: Árrés = Nettó eladási ár − ELÁBÉ</w:t>
      </w:r>
    </w:p>
    <w:p w14:paraId="0D0E3440" w14:textId="77777777" w:rsidR="00E10EF9" w:rsidRDefault="00000000">
      <w:pPr>
        <w:spacing w:after="20"/>
      </w:pPr>
      <w:r>
        <w:t>ELÁBÉ = __________________ − __________________</w:t>
      </w:r>
    </w:p>
    <w:p w14:paraId="74F73FCE" w14:textId="77777777" w:rsidR="00E10EF9" w:rsidRDefault="00000000">
      <w:pPr>
        <w:spacing w:after="80"/>
      </w:pPr>
      <w:r>
        <w:rPr>
          <w:i/>
          <w:color w:val="008000"/>
        </w:rPr>
        <w:t>Megoldás: ELÁBÉ = Nettó eladási ár − Árrés</w:t>
      </w:r>
    </w:p>
    <w:p w14:paraId="4C57C9C1" w14:textId="77777777" w:rsidR="00E10EF9" w:rsidRDefault="00000000">
      <w:pPr>
        <w:spacing w:after="20"/>
      </w:pPr>
      <w:r>
        <w:t>Haszonkulcs (%) = _______________________________________</w:t>
      </w:r>
    </w:p>
    <w:p w14:paraId="5EE3DE22" w14:textId="77777777" w:rsidR="00E10EF9" w:rsidRDefault="00000000">
      <w:pPr>
        <w:spacing w:after="80"/>
      </w:pPr>
      <w:r>
        <w:rPr>
          <w:i/>
          <w:color w:val="008000"/>
        </w:rPr>
        <w:t>Megoldás: Haszonkulcs (%) = (Árrés ÷ ELÁBÉ) × 100</w:t>
      </w:r>
    </w:p>
    <w:p w14:paraId="66CDA334" w14:textId="77777777" w:rsidR="00E10EF9" w:rsidRDefault="00000000">
      <w:pPr>
        <w:spacing w:after="20"/>
      </w:pPr>
      <w:r>
        <w:t>ELÁBÉ-szint (%) = _______________________________________</w:t>
      </w:r>
    </w:p>
    <w:p w14:paraId="79FAEE75" w14:textId="77777777" w:rsidR="00E10EF9" w:rsidRDefault="00000000">
      <w:pPr>
        <w:spacing w:after="80"/>
      </w:pPr>
      <w:r>
        <w:rPr>
          <w:i/>
          <w:color w:val="008000"/>
        </w:rPr>
        <w:t>Megoldás: ELÁBÉ-szint (%) = (ELÁBÉ ÷ Nettó eladási ár) × 100</w:t>
      </w:r>
    </w:p>
    <w:p w14:paraId="2A9B0647" w14:textId="77777777" w:rsidR="00E10EF9" w:rsidRDefault="00000000">
      <w:pPr>
        <w:spacing w:after="20"/>
      </w:pPr>
      <w:r>
        <w:t>Árrésszint (%) = _______________________________________</w:t>
      </w:r>
    </w:p>
    <w:p w14:paraId="184C8A5E" w14:textId="77777777" w:rsidR="00E10EF9" w:rsidRDefault="00000000">
      <w:pPr>
        <w:spacing w:after="80"/>
      </w:pPr>
      <w:r>
        <w:rPr>
          <w:i/>
          <w:color w:val="008000"/>
        </w:rPr>
        <w:t>Megoldás: Árrésszint (%) = (Árrés ÷ Nettó eladási ár) × 100</w:t>
      </w:r>
    </w:p>
    <w:p w14:paraId="4B64F0F2" w14:textId="77777777" w:rsidR="00E10EF9" w:rsidRDefault="00000000">
      <w:pPr>
        <w:spacing w:before="120" w:after="80"/>
      </w:pPr>
      <w:r>
        <w:rPr>
          <w:b/>
          <w:sz w:val="24"/>
        </w:rPr>
        <w:t>2. Számítsd ki a nettó eladási árat!</w:t>
      </w:r>
    </w:p>
    <w:p w14:paraId="7A7C419D" w14:textId="77777777" w:rsidR="00E10EF9" w:rsidRDefault="00000000">
      <w:pPr>
        <w:spacing w:after="20"/>
      </w:pPr>
      <w:r>
        <w:t>a) ELÁBÉ = 720 Ft, Árrés = 1280 Ft</w:t>
      </w:r>
    </w:p>
    <w:p w14:paraId="0BEE0BBD" w14:textId="77777777" w:rsidR="00E10EF9" w:rsidRDefault="00000000">
      <w:pPr>
        <w:spacing w:after="20"/>
      </w:pPr>
      <w:r>
        <w:t>Nettó eladási ár = __________ Ft</w:t>
      </w:r>
    </w:p>
    <w:p w14:paraId="4645141F" w14:textId="77777777" w:rsidR="00E10EF9" w:rsidRDefault="00000000">
      <w:pPr>
        <w:spacing w:after="80"/>
      </w:pPr>
      <w:r>
        <w:rPr>
          <w:i/>
          <w:color w:val="008000"/>
        </w:rPr>
        <w:t>Levezetés: 720 + 1280 = 2000. Megoldás: nettó eladási ár = 2000 Ft</w:t>
      </w:r>
    </w:p>
    <w:p w14:paraId="6321C785" w14:textId="77777777" w:rsidR="00E10EF9" w:rsidRDefault="00000000">
      <w:pPr>
        <w:spacing w:after="20"/>
      </w:pPr>
      <w:r>
        <w:t>b) ELÁBÉ = 980 Ft, Árrés = 1520 Ft</w:t>
      </w:r>
    </w:p>
    <w:p w14:paraId="21F0267D" w14:textId="77777777" w:rsidR="00E10EF9" w:rsidRDefault="00000000">
      <w:pPr>
        <w:spacing w:after="20"/>
      </w:pPr>
      <w:r>
        <w:t>Nettó eladási ár = __________ Ft</w:t>
      </w:r>
    </w:p>
    <w:p w14:paraId="150155D7" w14:textId="77777777" w:rsidR="00E10EF9" w:rsidRDefault="00000000">
      <w:pPr>
        <w:spacing w:after="80"/>
      </w:pPr>
      <w:r>
        <w:rPr>
          <w:i/>
          <w:color w:val="008000"/>
        </w:rPr>
        <w:t>Levezetés: 980 + 1520 = 2500. Megoldás: nettó eladási ár = 2500 Ft</w:t>
      </w:r>
    </w:p>
    <w:p w14:paraId="6F46D712" w14:textId="77777777" w:rsidR="00E10EF9" w:rsidRDefault="00000000">
      <w:pPr>
        <w:spacing w:after="20"/>
      </w:pPr>
      <w:r>
        <w:t>c) ELÁBÉ = 1450 Ft, Árrés = 2050 Ft</w:t>
      </w:r>
    </w:p>
    <w:p w14:paraId="0BB5AFB3" w14:textId="77777777" w:rsidR="00E10EF9" w:rsidRDefault="00000000">
      <w:pPr>
        <w:spacing w:after="20"/>
      </w:pPr>
      <w:r>
        <w:t>Nettó eladási ár = __________ Ft</w:t>
      </w:r>
    </w:p>
    <w:p w14:paraId="542217B4" w14:textId="77777777" w:rsidR="00E10EF9" w:rsidRDefault="00000000">
      <w:pPr>
        <w:spacing w:after="80"/>
      </w:pPr>
      <w:r>
        <w:rPr>
          <w:i/>
          <w:color w:val="008000"/>
        </w:rPr>
        <w:t>Levezetés: 1450 + 2050 = 3500. Megoldás: nettó eladási ár = 3500 Ft</w:t>
      </w:r>
    </w:p>
    <w:p w14:paraId="3AF43EA4" w14:textId="77777777" w:rsidR="00E10EF9" w:rsidRDefault="00000000">
      <w:pPr>
        <w:spacing w:after="20"/>
      </w:pPr>
      <w:r>
        <w:t>d) ELÁBÉ = 890 Ft, Árrés = 1110 Ft</w:t>
      </w:r>
    </w:p>
    <w:p w14:paraId="4713E2C8" w14:textId="77777777" w:rsidR="00E10EF9" w:rsidRDefault="00000000">
      <w:pPr>
        <w:spacing w:after="20"/>
      </w:pPr>
      <w:r>
        <w:t>Nettó eladási ár = __________ Ft</w:t>
      </w:r>
    </w:p>
    <w:p w14:paraId="60EFFE40" w14:textId="77777777" w:rsidR="00E10EF9" w:rsidRDefault="00000000">
      <w:pPr>
        <w:spacing w:after="80"/>
      </w:pPr>
      <w:r>
        <w:rPr>
          <w:i/>
          <w:color w:val="008000"/>
        </w:rPr>
        <w:t>Levezetés: 890 + 1110 = 2000. Megoldás: nettó eladási ár = 2000 Ft</w:t>
      </w:r>
    </w:p>
    <w:p w14:paraId="71F9D728" w14:textId="77777777" w:rsidR="00E10EF9" w:rsidRDefault="00000000">
      <w:pPr>
        <w:spacing w:before="120" w:after="80"/>
      </w:pPr>
      <w:r>
        <w:rPr>
          <w:b/>
          <w:sz w:val="24"/>
        </w:rPr>
        <w:t>3. Számítsd ki az árrést!</w:t>
      </w:r>
    </w:p>
    <w:p w14:paraId="18C007AE" w14:textId="77777777" w:rsidR="00E10EF9" w:rsidRDefault="00000000">
      <w:pPr>
        <w:spacing w:after="20"/>
      </w:pPr>
      <w:r>
        <w:t>a) Nettó eladási ár = 2800 Ft, ELÁBÉ = 950 Ft</w:t>
      </w:r>
    </w:p>
    <w:p w14:paraId="19F3524A" w14:textId="77777777" w:rsidR="00E10EF9" w:rsidRDefault="00000000">
      <w:pPr>
        <w:spacing w:after="20"/>
      </w:pPr>
      <w:r>
        <w:t>Árrés = __________ Ft</w:t>
      </w:r>
    </w:p>
    <w:p w14:paraId="26A89D94" w14:textId="77777777" w:rsidR="00E10EF9" w:rsidRDefault="00000000">
      <w:pPr>
        <w:spacing w:after="80"/>
      </w:pPr>
      <w:r>
        <w:rPr>
          <w:i/>
          <w:color w:val="008000"/>
        </w:rPr>
        <w:t>Levezetés: 2800 − 950 = 1850. Megoldás: árrés = 1850 Ft</w:t>
      </w:r>
    </w:p>
    <w:p w14:paraId="2DB1EF30" w14:textId="77777777" w:rsidR="00E10EF9" w:rsidRDefault="00000000">
      <w:pPr>
        <w:spacing w:after="20"/>
      </w:pPr>
      <w:r>
        <w:t>b) Nettó eladási ár = 3500 Ft, ELÁBÉ = 1450 Ft</w:t>
      </w:r>
    </w:p>
    <w:p w14:paraId="1E31D5AA" w14:textId="77777777" w:rsidR="00E10EF9" w:rsidRDefault="00000000">
      <w:pPr>
        <w:spacing w:after="20"/>
      </w:pPr>
      <w:r>
        <w:t>Árrés = __________ Ft</w:t>
      </w:r>
    </w:p>
    <w:p w14:paraId="78DE8A56" w14:textId="77777777" w:rsidR="00E10EF9" w:rsidRDefault="00000000">
      <w:pPr>
        <w:spacing w:after="80"/>
      </w:pPr>
      <w:r>
        <w:rPr>
          <w:i/>
          <w:color w:val="008000"/>
        </w:rPr>
        <w:t>Levezetés: 3500 − 1450 = 2050. Megoldás: árrés = 2050 Ft</w:t>
      </w:r>
    </w:p>
    <w:p w14:paraId="0C6DEC32" w14:textId="77777777" w:rsidR="00E10EF9" w:rsidRDefault="00000000">
      <w:pPr>
        <w:spacing w:after="20"/>
      </w:pPr>
      <w:r>
        <w:t>c) Nettó eladási ár = 2200 Ft, ELÁBÉ = 800 Ft</w:t>
      </w:r>
    </w:p>
    <w:p w14:paraId="700B03D1" w14:textId="77777777" w:rsidR="00E10EF9" w:rsidRDefault="00000000">
      <w:pPr>
        <w:spacing w:after="20"/>
      </w:pPr>
      <w:r>
        <w:t>Árrés = __________ Ft</w:t>
      </w:r>
    </w:p>
    <w:p w14:paraId="719E57F8" w14:textId="77777777" w:rsidR="00E10EF9" w:rsidRDefault="00000000">
      <w:pPr>
        <w:spacing w:after="80"/>
      </w:pPr>
      <w:r>
        <w:rPr>
          <w:i/>
          <w:color w:val="008000"/>
        </w:rPr>
        <w:t>Levezetés: 2200 − 800 = 1400. Megoldás: árrés = 1400 Ft</w:t>
      </w:r>
    </w:p>
    <w:p w14:paraId="62A1A66C" w14:textId="77777777" w:rsidR="00E10EF9" w:rsidRDefault="00000000">
      <w:pPr>
        <w:spacing w:after="20"/>
      </w:pPr>
      <w:r>
        <w:t>d) Nettó eladási ár = 4100 Ft, ELÁBÉ = 1700 Ft</w:t>
      </w:r>
    </w:p>
    <w:p w14:paraId="6E7A7BA3" w14:textId="77777777" w:rsidR="00E10EF9" w:rsidRDefault="00000000">
      <w:pPr>
        <w:spacing w:after="20"/>
      </w:pPr>
      <w:r>
        <w:t>Árrés = __________ Ft</w:t>
      </w:r>
    </w:p>
    <w:p w14:paraId="6BE60676" w14:textId="77777777" w:rsidR="00E10EF9" w:rsidRDefault="00000000">
      <w:pPr>
        <w:spacing w:after="80"/>
      </w:pPr>
      <w:r>
        <w:rPr>
          <w:i/>
          <w:color w:val="008000"/>
        </w:rPr>
        <w:t>Levezetés: 4100 − 1700 = 2400. Megoldás: árrés = 2400 Ft</w:t>
      </w:r>
    </w:p>
    <w:p w14:paraId="7292CC95" w14:textId="77777777" w:rsidR="00E10EF9" w:rsidRDefault="00000000">
      <w:pPr>
        <w:spacing w:before="120" w:after="80"/>
      </w:pPr>
      <w:r>
        <w:rPr>
          <w:b/>
          <w:sz w:val="24"/>
        </w:rPr>
        <w:t>4. Számítsd ki az ELÁBÉ-t!</w:t>
      </w:r>
    </w:p>
    <w:p w14:paraId="04BF69BE" w14:textId="77777777" w:rsidR="00E10EF9" w:rsidRDefault="00000000">
      <w:pPr>
        <w:spacing w:after="20"/>
      </w:pPr>
      <w:r>
        <w:lastRenderedPageBreak/>
        <w:t>a) Nettó eladási ár = 2500 Ft, Árrés = 1500 Ft</w:t>
      </w:r>
    </w:p>
    <w:p w14:paraId="3E484A02" w14:textId="77777777" w:rsidR="00E10EF9" w:rsidRDefault="00000000">
      <w:pPr>
        <w:spacing w:after="20"/>
      </w:pPr>
      <w:r>
        <w:t>ELÁBÉ = __________ Ft</w:t>
      </w:r>
    </w:p>
    <w:p w14:paraId="764BFA1A" w14:textId="77777777" w:rsidR="00E10EF9" w:rsidRDefault="00000000">
      <w:pPr>
        <w:spacing w:after="80"/>
      </w:pPr>
      <w:r>
        <w:rPr>
          <w:i/>
          <w:color w:val="008000"/>
        </w:rPr>
        <w:t>Levezetés: 2500 − 1500 = 1000. Megoldás: ELÁBÉ = 1000 Ft</w:t>
      </w:r>
    </w:p>
    <w:p w14:paraId="5BC6AD4E" w14:textId="77777777" w:rsidR="00E10EF9" w:rsidRDefault="00000000">
      <w:pPr>
        <w:spacing w:after="20"/>
      </w:pPr>
      <w:r>
        <w:t>b) Nettó eladási ár = 3200 Ft, Árrés = 1800 Ft</w:t>
      </w:r>
    </w:p>
    <w:p w14:paraId="6FF37EE5" w14:textId="77777777" w:rsidR="00E10EF9" w:rsidRDefault="00000000">
      <w:pPr>
        <w:spacing w:after="20"/>
      </w:pPr>
      <w:r>
        <w:t>ELÁBÉ = __________ Ft</w:t>
      </w:r>
    </w:p>
    <w:p w14:paraId="6B58172B" w14:textId="77777777" w:rsidR="00E10EF9" w:rsidRDefault="00000000">
      <w:pPr>
        <w:spacing w:after="80"/>
      </w:pPr>
      <w:r>
        <w:rPr>
          <w:i/>
          <w:color w:val="008000"/>
        </w:rPr>
        <w:t>Levezetés: 3200 − 1800 = 1400. Megoldás: ELÁBÉ = 1400 Ft</w:t>
      </w:r>
    </w:p>
    <w:p w14:paraId="2D7DAFC1" w14:textId="77777777" w:rsidR="00E10EF9" w:rsidRDefault="00000000">
      <w:pPr>
        <w:spacing w:after="20"/>
      </w:pPr>
      <w:r>
        <w:t>c) Nettó eladási ár = 1800 Ft, Árrés = 950 Ft</w:t>
      </w:r>
    </w:p>
    <w:p w14:paraId="49CC3E94" w14:textId="77777777" w:rsidR="00E10EF9" w:rsidRDefault="00000000">
      <w:pPr>
        <w:spacing w:after="20"/>
      </w:pPr>
      <w:r>
        <w:t>ELÁBÉ = __________ Ft</w:t>
      </w:r>
    </w:p>
    <w:p w14:paraId="3B8987D6" w14:textId="77777777" w:rsidR="00E10EF9" w:rsidRDefault="00000000">
      <w:pPr>
        <w:spacing w:after="80"/>
      </w:pPr>
      <w:r>
        <w:rPr>
          <w:i/>
          <w:color w:val="008000"/>
        </w:rPr>
        <w:t>Levezetés: 1800 − 950 = 850. Megoldás: ELÁBÉ = 850 Ft</w:t>
      </w:r>
    </w:p>
    <w:p w14:paraId="262CEEF1" w14:textId="77777777" w:rsidR="00E10EF9" w:rsidRDefault="00000000">
      <w:pPr>
        <w:spacing w:after="20"/>
      </w:pPr>
      <w:r>
        <w:t>d) Nettó eladási ár = 4700 Ft, Árrés = 2600 Ft</w:t>
      </w:r>
    </w:p>
    <w:p w14:paraId="24D750FE" w14:textId="77777777" w:rsidR="00E10EF9" w:rsidRDefault="00000000">
      <w:pPr>
        <w:spacing w:after="20"/>
      </w:pPr>
      <w:r>
        <w:t>ELÁBÉ = __________ Ft</w:t>
      </w:r>
    </w:p>
    <w:p w14:paraId="734AF803" w14:textId="77777777" w:rsidR="00E10EF9" w:rsidRDefault="00000000">
      <w:pPr>
        <w:spacing w:after="80"/>
      </w:pPr>
      <w:r>
        <w:rPr>
          <w:i/>
          <w:color w:val="008000"/>
        </w:rPr>
        <w:t>Levezetés: 4700 − 2600 = 2100. Megoldás: ELÁBÉ = 2100 Ft</w:t>
      </w:r>
    </w:p>
    <w:p w14:paraId="1E197FD5" w14:textId="77777777" w:rsidR="00E10EF9" w:rsidRDefault="00000000">
      <w:pPr>
        <w:spacing w:before="120" w:after="80"/>
      </w:pPr>
      <w:r>
        <w:rPr>
          <w:b/>
          <w:sz w:val="24"/>
        </w:rPr>
        <w:t>5. Egészítsd ki a táblázatot!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1701"/>
        <w:gridCol w:w="2268"/>
        <w:gridCol w:w="3402"/>
      </w:tblGrid>
      <w:tr w:rsidR="00E10EF9" w14:paraId="7D6AAF7D" w14:textId="77777777">
        <w:trPr>
          <w:tblHeader/>
          <w:jc w:val="center"/>
        </w:trPr>
        <w:tc>
          <w:tcPr>
            <w:tcW w:w="1701" w:type="dxa"/>
            <w:shd w:val="clear" w:color="auto" w:fill="D9EAD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49C1DB" w14:textId="77777777" w:rsidR="00E10EF9" w:rsidRDefault="00000000">
            <w:pPr>
              <w:jc w:val="center"/>
            </w:pPr>
            <w:r>
              <w:rPr>
                <w:b/>
              </w:rPr>
              <w:t>ELÁBÉ (Ft)</w:t>
            </w:r>
          </w:p>
        </w:tc>
        <w:tc>
          <w:tcPr>
            <w:tcW w:w="1701" w:type="dxa"/>
            <w:shd w:val="clear" w:color="auto" w:fill="D9EAD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9EC03B" w14:textId="77777777" w:rsidR="00E10EF9" w:rsidRDefault="00000000">
            <w:pPr>
              <w:jc w:val="center"/>
            </w:pPr>
            <w:r>
              <w:rPr>
                <w:b/>
              </w:rPr>
              <w:t>Árrés (Ft)</w:t>
            </w:r>
          </w:p>
        </w:tc>
        <w:tc>
          <w:tcPr>
            <w:tcW w:w="2268" w:type="dxa"/>
            <w:shd w:val="clear" w:color="auto" w:fill="D9EAD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4170D3" w14:textId="77777777" w:rsidR="00E10EF9" w:rsidRDefault="00000000">
            <w:pPr>
              <w:jc w:val="center"/>
            </w:pPr>
            <w:r>
              <w:rPr>
                <w:b/>
              </w:rPr>
              <w:t>Nettó eladási ár (Ft)</w:t>
            </w:r>
          </w:p>
        </w:tc>
        <w:tc>
          <w:tcPr>
            <w:tcW w:w="3402" w:type="dxa"/>
            <w:shd w:val="clear" w:color="auto" w:fill="D9EAD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921CE1" w14:textId="77777777" w:rsidR="00E10EF9" w:rsidRDefault="00000000">
            <w:pPr>
              <w:jc w:val="center"/>
            </w:pPr>
            <w:r>
              <w:rPr>
                <w:b/>
              </w:rPr>
              <w:t>Levezetés / megoldás</w:t>
            </w:r>
          </w:p>
        </w:tc>
      </w:tr>
      <w:tr w:rsidR="00E10EF9" w14:paraId="2838512D" w14:textId="77777777">
        <w:trPr>
          <w:jc w:val="center"/>
        </w:trPr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DB40C1" w14:textId="77777777" w:rsidR="00E10EF9" w:rsidRDefault="00000000">
            <w:pPr>
              <w:jc w:val="center"/>
            </w:pPr>
            <w:r>
              <w:t>760</w:t>
            </w:r>
          </w:p>
        </w:tc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4FE6C7" w14:textId="77777777" w:rsidR="00E10EF9" w:rsidRDefault="00000000">
            <w:pPr>
              <w:jc w:val="center"/>
            </w:pPr>
            <w:r>
              <w:t>1240</w:t>
            </w:r>
          </w:p>
        </w:tc>
        <w:tc>
          <w:tcPr>
            <w:tcW w:w="22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55691C" w14:textId="77777777" w:rsidR="00E10EF9" w:rsidRDefault="00000000">
            <w:pPr>
              <w:jc w:val="center"/>
            </w:pPr>
            <w:r>
              <w:rPr>
                <w:i/>
                <w:color w:val="008000"/>
              </w:rPr>
              <w:t>2000</w:t>
            </w: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AE5679" w14:textId="77777777" w:rsidR="00E10EF9" w:rsidRDefault="00000000">
            <w:r>
              <w:rPr>
                <w:i/>
                <w:color w:val="008000"/>
              </w:rPr>
              <w:t>760 + 1240 = 2000</w:t>
            </w:r>
          </w:p>
        </w:tc>
      </w:tr>
      <w:tr w:rsidR="00E10EF9" w14:paraId="3524D1AD" w14:textId="77777777">
        <w:trPr>
          <w:jc w:val="center"/>
        </w:trPr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8EF06F" w14:textId="77777777" w:rsidR="00E10EF9" w:rsidRDefault="00000000">
            <w:pPr>
              <w:jc w:val="center"/>
            </w:pPr>
            <w:r>
              <w:t>950</w:t>
            </w:r>
          </w:p>
        </w:tc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AA97EE" w14:textId="77777777" w:rsidR="00E10EF9" w:rsidRDefault="00000000">
            <w:pPr>
              <w:jc w:val="center"/>
            </w:pPr>
            <w:r>
              <w:rPr>
                <w:i/>
                <w:color w:val="008000"/>
              </w:rPr>
              <w:t>1550</w:t>
            </w:r>
          </w:p>
        </w:tc>
        <w:tc>
          <w:tcPr>
            <w:tcW w:w="22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937BD9" w14:textId="77777777" w:rsidR="00E10EF9" w:rsidRDefault="00000000">
            <w:pPr>
              <w:jc w:val="center"/>
            </w:pPr>
            <w:r>
              <w:t>2500</w:t>
            </w: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030D5F" w14:textId="77777777" w:rsidR="00E10EF9" w:rsidRDefault="00000000">
            <w:r>
              <w:rPr>
                <w:i/>
                <w:color w:val="008000"/>
              </w:rPr>
              <w:t>2500 − 950 = 1550</w:t>
            </w:r>
          </w:p>
        </w:tc>
      </w:tr>
      <w:tr w:rsidR="00E10EF9" w14:paraId="26441D6D" w14:textId="77777777">
        <w:trPr>
          <w:jc w:val="center"/>
        </w:trPr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8C9D5B" w14:textId="77777777" w:rsidR="00E10EF9" w:rsidRDefault="00000000">
            <w:pPr>
              <w:jc w:val="center"/>
            </w:pPr>
            <w:r>
              <w:rPr>
                <w:i/>
                <w:color w:val="008000"/>
              </w:rPr>
              <w:t>950</w:t>
            </w:r>
          </w:p>
        </w:tc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7D9F27" w14:textId="77777777" w:rsidR="00E10EF9" w:rsidRDefault="00000000">
            <w:pPr>
              <w:jc w:val="center"/>
            </w:pPr>
            <w:r>
              <w:t>1350</w:t>
            </w:r>
          </w:p>
        </w:tc>
        <w:tc>
          <w:tcPr>
            <w:tcW w:w="22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4F4EA5" w14:textId="77777777" w:rsidR="00E10EF9" w:rsidRDefault="00000000">
            <w:pPr>
              <w:jc w:val="center"/>
            </w:pPr>
            <w:r>
              <w:t>2300</w:t>
            </w: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88E19D" w14:textId="77777777" w:rsidR="00E10EF9" w:rsidRDefault="00000000">
            <w:r>
              <w:rPr>
                <w:i/>
                <w:color w:val="008000"/>
              </w:rPr>
              <w:t>2300 − 1350 = 950</w:t>
            </w:r>
          </w:p>
        </w:tc>
      </w:tr>
      <w:tr w:rsidR="00E10EF9" w14:paraId="4C368BF1" w14:textId="77777777">
        <w:trPr>
          <w:jc w:val="center"/>
        </w:trPr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29ACD3" w14:textId="77777777" w:rsidR="00E10EF9" w:rsidRDefault="00000000">
            <w:pPr>
              <w:jc w:val="center"/>
            </w:pPr>
            <w:r>
              <w:t>1400</w:t>
            </w:r>
          </w:p>
        </w:tc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D7E668" w14:textId="77777777" w:rsidR="00E10EF9" w:rsidRDefault="00000000">
            <w:pPr>
              <w:jc w:val="center"/>
            </w:pPr>
            <w:r>
              <w:rPr>
                <w:i/>
                <w:color w:val="008000"/>
              </w:rPr>
              <w:t>1800</w:t>
            </w:r>
          </w:p>
        </w:tc>
        <w:tc>
          <w:tcPr>
            <w:tcW w:w="22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AEEFC2" w14:textId="77777777" w:rsidR="00E10EF9" w:rsidRDefault="00000000">
            <w:pPr>
              <w:jc w:val="center"/>
            </w:pPr>
            <w:r>
              <w:t>3200</w:t>
            </w: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30C65C" w14:textId="77777777" w:rsidR="00E10EF9" w:rsidRDefault="00000000">
            <w:r>
              <w:rPr>
                <w:i/>
                <w:color w:val="008000"/>
              </w:rPr>
              <w:t>3200 − 1400 = 1800</w:t>
            </w:r>
          </w:p>
        </w:tc>
      </w:tr>
      <w:tr w:rsidR="00E10EF9" w14:paraId="28BB15AD" w14:textId="77777777">
        <w:trPr>
          <w:jc w:val="center"/>
        </w:trPr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A37231" w14:textId="77777777" w:rsidR="00E10EF9" w:rsidRDefault="00000000">
            <w:pPr>
              <w:jc w:val="center"/>
            </w:pPr>
            <w:r>
              <w:rPr>
                <w:i/>
                <w:color w:val="008000"/>
              </w:rPr>
              <w:t>900</w:t>
            </w:r>
          </w:p>
        </w:tc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60B33F" w14:textId="77777777" w:rsidR="00E10EF9" w:rsidRDefault="00000000">
            <w:pPr>
              <w:jc w:val="center"/>
            </w:pPr>
            <w:r>
              <w:t>900</w:t>
            </w:r>
          </w:p>
        </w:tc>
        <w:tc>
          <w:tcPr>
            <w:tcW w:w="22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C92B83" w14:textId="77777777" w:rsidR="00E10EF9" w:rsidRDefault="00000000">
            <w:pPr>
              <w:jc w:val="center"/>
            </w:pPr>
            <w:r>
              <w:t>1800</w:t>
            </w: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972034" w14:textId="77777777" w:rsidR="00E10EF9" w:rsidRDefault="00000000">
            <w:r>
              <w:rPr>
                <w:i/>
                <w:color w:val="008000"/>
              </w:rPr>
              <w:t>1800 − 900 = 900</w:t>
            </w:r>
          </w:p>
        </w:tc>
      </w:tr>
      <w:tr w:rsidR="00E10EF9" w14:paraId="3071C8E2" w14:textId="77777777">
        <w:trPr>
          <w:jc w:val="center"/>
        </w:trPr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3B5CD3" w14:textId="77777777" w:rsidR="00E10EF9" w:rsidRDefault="00000000">
            <w:pPr>
              <w:jc w:val="center"/>
            </w:pPr>
            <w:r>
              <w:t>2200</w:t>
            </w:r>
          </w:p>
        </w:tc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64CF5C" w14:textId="77777777" w:rsidR="00E10EF9" w:rsidRDefault="00000000">
            <w:pPr>
              <w:jc w:val="center"/>
            </w:pPr>
            <w:r>
              <w:t>1600</w:t>
            </w:r>
          </w:p>
        </w:tc>
        <w:tc>
          <w:tcPr>
            <w:tcW w:w="22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73EBEA" w14:textId="77777777" w:rsidR="00E10EF9" w:rsidRDefault="00000000">
            <w:pPr>
              <w:jc w:val="center"/>
            </w:pPr>
            <w:r>
              <w:rPr>
                <w:i/>
                <w:color w:val="008000"/>
              </w:rPr>
              <w:t>3800</w:t>
            </w: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2E54A2" w14:textId="77777777" w:rsidR="00E10EF9" w:rsidRDefault="00000000">
            <w:r>
              <w:rPr>
                <w:i/>
                <w:color w:val="008000"/>
              </w:rPr>
              <w:t>2200 + 1600 = 3800</w:t>
            </w:r>
          </w:p>
        </w:tc>
      </w:tr>
      <w:tr w:rsidR="00E10EF9" w14:paraId="3303536B" w14:textId="77777777">
        <w:trPr>
          <w:jc w:val="center"/>
        </w:trPr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344DA9" w14:textId="77777777" w:rsidR="00E10EF9" w:rsidRDefault="00000000">
            <w:pPr>
              <w:jc w:val="center"/>
            </w:pPr>
            <w:r>
              <w:rPr>
                <w:i/>
                <w:color w:val="008000"/>
              </w:rPr>
              <w:t>1400</w:t>
            </w:r>
          </w:p>
        </w:tc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9411C8" w14:textId="77777777" w:rsidR="00E10EF9" w:rsidRDefault="00000000">
            <w:pPr>
              <w:jc w:val="center"/>
            </w:pPr>
            <w:r>
              <w:t>750</w:t>
            </w:r>
          </w:p>
        </w:tc>
        <w:tc>
          <w:tcPr>
            <w:tcW w:w="22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7AE0C7" w14:textId="77777777" w:rsidR="00E10EF9" w:rsidRDefault="00000000">
            <w:pPr>
              <w:jc w:val="center"/>
            </w:pPr>
            <w:r>
              <w:t>2150</w:t>
            </w: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0DF1D4" w14:textId="77777777" w:rsidR="00E10EF9" w:rsidRDefault="00000000">
            <w:r>
              <w:rPr>
                <w:i/>
                <w:color w:val="008000"/>
              </w:rPr>
              <w:t>2150 − 750 = 1400</w:t>
            </w:r>
          </w:p>
        </w:tc>
      </w:tr>
      <w:tr w:rsidR="00E10EF9" w14:paraId="2EE538B9" w14:textId="77777777">
        <w:trPr>
          <w:jc w:val="center"/>
        </w:trPr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A3FE06" w14:textId="77777777" w:rsidR="00E10EF9" w:rsidRDefault="00000000">
            <w:pPr>
              <w:jc w:val="center"/>
            </w:pPr>
            <w:r>
              <w:t>1800</w:t>
            </w:r>
          </w:p>
        </w:tc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54F0F7" w14:textId="77777777" w:rsidR="00E10EF9" w:rsidRDefault="00000000">
            <w:pPr>
              <w:jc w:val="center"/>
            </w:pPr>
            <w:r>
              <w:rPr>
                <w:i/>
                <w:color w:val="008000"/>
              </w:rPr>
              <w:t>2200</w:t>
            </w:r>
          </w:p>
        </w:tc>
        <w:tc>
          <w:tcPr>
            <w:tcW w:w="22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AD03D3" w14:textId="77777777" w:rsidR="00E10EF9" w:rsidRDefault="00000000">
            <w:pPr>
              <w:jc w:val="center"/>
            </w:pPr>
            <w:r>
              <w:t>4000</w:t>
            </w: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78BC86" w14:textId="77777777" w:rsidR="00E10EF9" w:rsidRDefault="00000000">
            <w:r>
              <w:rPr>
                <w:i/>
                <w:color w:val="008000"/>
              </w:rPr>
              <w:t>4000 − 1800 = 2200</w:t>
            </w:r>
          </w:p>
        </w:tc>
      </w:tr>
      <w:tr w:rsidR="00E10EF9" w14:paraId="605C8874" w14:textId="77777777">
        <w:trPr>
          <w:jc w:val="center"/>
        </w:trPr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BDD518" w14:textId="77777777" w:rsidR="00E10EF9" w:rsidRDefault="00000000">
            <w:pPr>
              <w:jc w:val="center"/>
            </w:pPr>
            <w:r>
              <w:t>980</w:t>
            </w:r>
          </w:p>
        </w:tc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A4C2EC" w14:textId="77777777" w:rsidR="00E10EF9" w:rsidRDefault="00000000">
            <w:pPr>
              <w:jc w:val="center"/>
            </w:pPr>
            <w:r>
              <w:t>520</w:t>
            </w:r>
          </w:p>
        </w:tc>
        <w:tc>
          <w:tcPr>
            <w:tcW w:w="22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D6C354" w14:textId="77777777" w:rsidR="00E10EF9" w:rsidRDefault="00000000">
            <w:pPr>
              <w:jc w:val="center"/>
            </w:pPr>
            <w:r>
              <w:rPr>
                <w:i/>
                <w:color w:val="008000"/>
              </w:rPr>
              <w:t>1500</w:t>
            </w: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10676D" w14:textId="77777777" w:rsidR="00E10EF9" w:rsidRDefault="00000000">
            <w:r>
              <w:rPr>
                <w:i/>
                <w:color w:val="008000"/>
              </w:rPr>
              <w:t>980 + 520 = 1500</w:t>
            </w:r>
          </w:p>
        </w:tc>
      </w:tr>
      <w:tr w:rsidR="00E10EF9" w14:paraId="1CC27526" w14:textId="77777777">
        <w:trPr>
          <w:jc w:val="center"/>
        </w:trPr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EBAB65" w14:textId="77777777" w:rsidR="00E10EF9" w:rsidRDefault="00000000">
            <w:pPr>
              <w:jc w:val="center"/>
            </w:pPr>
            <w:r>
              <w:rPr>
                <w:i/>
                <w:color w:val="008000"/>
              </w:rPr>
              <w:t>1600</w:t>
            </w:r>
          </w:p>
        </w:tc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1B390D" w14:textId="77777777" w:rsidR="00E10EF9" w:rsidRDefault="00000000">
            <w:pPr>
              <w:jc w:val="center"/>
            </w:pPr>
            <w:r>
              <w:t>1400</w:t>
            </w:r>
          </w:p>
        </w:tc>
        <w:tc>
          <w:tcPr>
            <w:tcW w:w="22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688F21" w14:textId="77777777" w:rsidR="00E10EF9" w:rsidRDefault="00000000">
            <w:pPr>
              <w:jc w:val="center"/>
            </w:pPr>
            <w:r>
              <w:t>3000</w:t>
            </w: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478B93" w14:textId="77777777" w:rsidR="00E10EF9" w:rsidRDefault="00000000">
            <w:r>
              <w:rPr>
                <w:i/>
                <w:color w:val="008000"/>
              </w:rPr>
              <w:t>3000 − 1400 = 1600</w:t>
            </w:r>
          </w:p>
        </w:tc>
      </w:tr>
    </w:tbl>
    <w:p w14:paraId="6B14F81C" w14:textId="77777777" w:rsidR="00E10EF9" w:rsidRDefault="00000000">
      <w:pPr>
        <w:spacing w:before="120" w:after="80"/>
      </w:pPr>
      <w:r>
        <w:rPr>
          <w:b/>
          <w:sz w:val="24"/>
        </w:rPr>
        <w:t>6. Haszonkulcs számítása</w:t>
      </w:r>
    </w:p>
    <w:p w14:paraId="1E7F4B0D" w14:textId="77777777" w:rsidR="00E10EF9" w:rsidRDefault="00000000">
      <w:pPr>
        <w:spacing w:after="40"/>
      </w:pPr>
      <w:r>
        <w:t>Használd a következő képletet:</w:t>
      </w:r>
    </w:p>
    <w:p w14:paraId="146EF563" w14:textId="77777777" w:rsidR="00E10EF9" w:rsidRDefault="00000000">
      <w:pPr>
        <w:spacing w:after="80"/>
      </w:pPr>
      <w:r>
        <w:rPr>
          <w:i/>
          <w:color w:val="008000"/>
        </w:rPr>
        <w:t>Haszonkulcs (%) = (Árrés ÷ ELÁBÉ) × 100</w:t>
      </w:r>
    </w:p>
    <w:p w14:paraId="7FC88B43" w14:textId="77777777" w:rsidR="00E10EF9" w:rsidRDefault="00000000">
      <w:pPr>
        <w:spacing w:after="20"/>
      </w:pPr>
      <w:r>
        <w:t>a) ELÁBÉ = 1000 Ft, Árrés = 2000 Ft</w:t>
      </w:r>
    </w:p>
    <w:p w14:paraId="4B93814D" w14:textId="77777777" w:rsidR="00E10EF9" w:rsidRDefault="00000000">
      <w:pPr>
        <w:spacing w:after="20"/>
      </w:pPr>
      <w:r>
        <w:t>Haszonkulcs = __________ %</w:t>
      </w:r>
    </w:p>
    <w:p w14:paraId="74D43977" w14:textId="77777777" w:rsidR="00E10EF9" w:rsidRDefault="00000000">
      <w:pPr>
        <w:spacing w:after="80"/>
      </w:pPr>
      <w:r>
        <w:rPr>
          <w:i/>
          <w:color w:val="008000"/>
        </w:rPr>
        <w:t>Levezetés: (2000 ÷ 1000) × 100 = 200%. Megoldás: haszonkulcs = 200%</w:t>
      </w:r>
    </w:p>
    <w:p w14:paraId="0CAD89E9" w14:textId="77777777" w:rsidR="00E10EF9" w:rsidRDefault="00000000">
      <w:pPr>
        <w:spacing w:after="20"/>
      </w:pPr>
      <w:r>
        <w:t>b) ELÁBÉ = 800 Ft, Árrés = 1600 Ft</w:t>
      </w:r>
    </w:p>
    <w:p w14:paraId="789076E6" w14:textId="77777777" w:rsidR="00E10EF9" w:rsidRDefault="00000000">
      <w:pPr>
        <w:spacing w:after="20"/>
      </w:pPr>
      <w:r>
        <w:t>Haszonkulcs = __________ %</w:t>
      </w:r>
    </w:p>
    <w:p w14:paraId="592E4BCA" w14:textId="77777777" w:rsidR="00E10EF9" w:rsidRDefault="00000000">
      <w:pPr>
        <w:spacing w:after="80"/>
      </w:pPr>
      <w:r>
        <w:rPr>
          <w:i/>
          <w:color w:val="008000"/>
        </w:rPr>
        <w:t>Levezetés: (1600 ÷ 800) × 100 = 200%. Megoldás: haszonkulcs = 200%</w:t>
      </w:r>
    </w:p>
    <w:p w14:paraId="601E767F" w14:textId="77777777" w:rsidR="00E10EF9" w:rsidRDefault="00000000">
      <w:pPr>
        <w:spacing w:after="20"/>
      </w:pPr>
      <w:r>
        <w:t>c) ELÁBÉ = 1200 Ft, Árrés = 1800 Ft</w:t>
      </w:r>
    </w:p>
    <w:p w14:paraId="0BB4D87B" w14:textId="77777777" w:rsidR="00E10EF9" w:rsidRDefault="00000000">
      <w:pPr>
        <w:spacing w:after="20"/>
      </w:pPr>
      <w:r>
        <w:t>Haszonkulcs = __________ %</w:t>
      </w:r>
    </w:p>
    <w:p w14:paraId="33E1A134" w14:textId="77777777" w:rsidR="00E10EF9" w:rsidRDefault="00000000">
      <w:pPr>
        <w:spacing w:after="80"/>
      </w:pPr>
      <w:r>
        <w:rPr>
          <w:i/>
          <w:color w:val="008000"/>
        </w:rPr>
        <w:t>Levezetés: (1800 ÷ 1200) × 100 = 150%. Megoldás: haszonkulcs = 150%</w:t>
      </w:r>
    </w:p>
    <w:p w14:paraId="71F21C68" w14:textId="77777777" w:rsidR="00E10EF9" w:rsidRDefault="00000000">
      <w:pPr>
        <w:spacing w:after="20"/>
      </w:pPr>
      <w:r>
        <w:t>d) ELÁBÉ = 1500 Ft, Árrés = 2250 Ft</w:t>
      </w:r>
    </w:p>
    <w:p w14:paraId="7038BDC9" w14:textId="77777777" w:rsidR="00E10EF9" w:rsidRDefault="00000000">
      <w:pPr>
        <w:spacing w:after="20"/>
      </w:pPr>
      <w:r>
        <w:t>Haszonkulcs = __________ %</w:t>
      </w:r>
    </w:p>
    <w:p w14:paraId="4BD5B989" w14:textId="77777777" w:rsidR="00E10EF9" w:rsidRDefault="00000000">
      <w:pPr>
        <w:spacing w:after="80"/>
      </w:pPr>
      <w:r>
        <w:rPr>
          <w:i/>
          <w:color w:val="008000"/>
        </w:rPr>
        <w:t>Levezetés: (2250 ÷ 1500) × 100 = 150%. Megoldás: haszonkulcs = 150%</w:t>
      </w:r>
    </w:p>
    <w:p w14:paraId="613B9DCD" w14:textId="77777777" w:rsidR="00E10EF9" w:rsidRDefault="00000000">
      <w:pPr>
        <w:spacing w:before="120" w:after="80"/>
      </w:pPr>
      <w:r>
        <w:rPr>
          <w:b/>
          <w:sz w:val="24"/>
        </w:rPr>
        <w:lastRenderedPageBreak/>
        <w:t>7. ELÁBÉ-szint számítása</w:t>
      </w:r>
    </w:p>
    <w:p w14:paraId="4721A3EE" w14:textId="77777777" w:rsidR="00E10EF9" w:rsidRDefault="00000000">
      <w:pPr>
        <w:spacing w:after="80"/>
      </w:pPr>
      <w:r>
        <w:rPr>
          <w:i/>
          <w:color w:val="008000"/>
        </w:rPr>
        <w:t>ELÁBÉ-szint (%) = (ELÁBÉ ÷ Nettó eladási ár) × 100</w:t>
      </w:r>
    </w:p>
    <w:p w14:paraId="709AAEDC" w14:textId="77777777" w:rsidR="00E10EF9" w:rsidRDefault="00000000">
      <w:pPr>
        <w:spacing w:after="20"/>
      </w:pPr>
      <w:r>
        <w:t>a) ELÁBÉ = 500 Ft, Nettó eladási ár = 2500 Ft</w:t>
      </w:r>
    </w:p>
    <w:p w14:paraId="7933201C" w14:textId="77777777" w:rsidR="00E10EF9" w:rsidRDefault="00000000">
      <w:pPr>
        <w:spacing w:after="20"/>
      </w:pPr>
      <w:r>
        <w:t>ELÁBÉ-szint = __________ %</w:t>
      </w:r>
    </w:p>
    <w:p w14:paraId="3963CB7B" w14:textId="77777777" w:rsidR="00E10EF9" w:rsidRDefault="00000000">
      <w:pPr>
        <w:spacing w:after="80"/>
      </w:pPr>
      <w:r>
        <w:rPr>
          <w:i/>
          <w:color w:val="008000"/>
        </w:rPr>
        <w:t>Levezetés: (500 ÷ 2500) × 100 = 20%. Megoldás: ELÁBÉ-szint = 20%</w:t>
      </w:r>
    </w:p>
    <w:p w14:paraId="44820A85" w14:textId="77777777" w:rsidR="00E10EF9" w:rsidRDefault="00000000">
      <w:pPr>
        <w:spacing w:after="20"/>
      </w:pPr>
      <w:r>
        <w:t>b) ELÁBÉ = 800 Ft, Nettó eladási ár = 3200 Ft</w:t>
      </w:r>
    </w:p>
    <w:p w14:paraId="4BDA6C2E" w14:textId="77777777" w:rsidR="00E10EF9" w:rsidRDefault="00000000">
      <w:pPr>
        <w:spacing w:after="20"/>
      </w:pPr>
      <w:r>
        <w:t>ELÁBÉ-szint = __________ %</w:t>
      </w:r>
    </w:p>
    <w:p w14:paraId="1574EEB7" w14:textId="77777777" w:rsidR="00E10EF9" w:rsidRDefault="00000000">
      <w:pPr>
        <w:spacing w:after="80"/>
      </w:pPr>
      <w:r>
        <w:rPr>
          <w:i/>
          <w:color w:val="008000"/>
        </w:rPr>
        <w:t>Levezetés: (800 ÷ 3200) × 100 = 25%. Megoldás: ELÁBÉ-szint = 25%</w:t>
      </w:r>
    </w:p>
    <w:p w14:paraId="41F69954" w14:textId="77777777" w:rsidR="00E10EF9" w:rsidRDefault="00000000">
      <w:pPr>
        <w:spacing w:after="20"/>
      </w:pPr>
      <w:r>
        <w:t>c) ELÁBÉ = 1200 Ft, Nettó eladási ár = 3000 Ft</w:t>
      </w:r>
    </w:p>
    <w:p w14:paraId="2C6503DC" w14:textId="77777777" w:rsidR="00E10EF9" w:rsidRDefault="00000000">
      <w:pPr>
        <w:spacing w:after="20"/>
      </w:pPr>
      <w:r>
        <w:t>ELÁBÉ-szint = __________ %</w:t>
      </w:r>
    </w:p>
    <w:p w14:paraId="3A51C851" w14:textId="77777777" w:rsidR="00E10EF9" w:rsidRDefault="00000000">
      <w:pPr>
        <w:spacing w:after="80"/>
      </w:pPr>
      <w:r>
        <w:rPr>
          <w:i/>
          <w:color w:val="008000"/>
        </w:rPr>
        <w:t>Levezetés: (1200 ÷ 3000) × 100 = 40%. Megoldás: ELÁBÉ-szint = 40%</w:t>
      </w:r>
    </w:p>
    <w:p w14:paraId="6E7EAA82" w14:textId="77777777" w:rsidR="00E10EF9" w:rsidRDefault="00000000">
      <w:pPr>
        <w:spacing w:after="20"/>
      </w:pPr>
      <w:r>
        <w:t>d) ELÁBÉ = 900 Ft, Nettó eladási ár = 3600 Ft</w:t>
      </w:r>
    </w:p>
    <w:p w14:paraId="0C602A53" w14:textId="77777777" w:rsidR="00E10EF9" w:rsidRDefault="00000000">
      <w:pPr>
        <w:spacing w:after="20"/>
      </w:pPr>
      <w:r>
        <w:t>ELÁBÉ-szint = __________ %</w:t>
      </w:r>
    </w:p>
    <w:p w14:paraId="6044779C" w14:textId="77777777" w:rsidR="00E10EF9" w:rsidRDefault="00000000">
      <w:pPr>
        <w:spacing w:after="80"/>
      </w:pPr>
      <w:r>
        <w:rPr>
          <w:i/>
          <w:color w:val="008000"/>
        </w:rPr>
        <w:t>Levezetés: (900 ÷ 3600) × 100 = 25%. Megoldás: ELÁBÉ-szint = 25%</w:t>
      </w:r>
    </w:p>
    <w:p w14:paraId="3DAD841F" w14:textId="77777777" w:rsidR="00E10EF9" w:rsidRDefault="00000000">
      <w:pPr>
        <w:spacing w:before="120" w:after="80"/>
      </w:pPr>
      <w:r>
        <w:rPr>
          <w:b/>
          <w:sz w:val="24"/>
        </w:rPr>
        <w:t>8. Árrésszint számítása</w:t>
      </w:r>
    </w:p>
    <w:p w14:paraId="44B27B0B" w14:textId="77777777" w:rsidR="00E10EF9" w:rsidRDefault="00000000">
      <w:pPr>
        <w:spacing w:after="80"/>
      </w:pPr>
      <w:r>
        <w:rPr>
          <w:i/>
          <w:color w:val="008000"/>
        </w:rPr>
        <w:t>Árrésszint (%) = (Árrés ÷ Nettó eladási ár) × 100</w:t>
      </w:r>
    </w:p>
    <w:p w14:paraId="0E273069" w14:textId="77777777" w:rsidR="00E10EF9" w:rsidRDefault="00000000">
      <w:pPr>
        <w:spacing w:after="20"/>
      </w:pPr>
      <w:r>
        <w:t>a) Árrés = 2000 Ft, Nettó eladási ár = 2500 Ft</w:t>
      </w:r>
    </w:p>
    <w:p w14:paraId="1078F6B4" w14:textId="77777777" w:rsidR="00E10EF9" w:rsidRDefault="00000000">
      <w:pPr>
        <w:spacing w:after="20"/>
      </w:pPr>
      <w:r>
        <w:t>Árrésszint = __________ %</w:t>
      </w:r>
    </w:p>
    <w:p w14:paraId="0B9D009B" w14:textId="77777777" w:rsidR="00E10EF9" w:rsidRDefault="00000000">
      <w:pPr>
        <w:spacing w:after="80"/>
      </w:pPr>
      <w:r>
        <w:rPr>
          <w:i/>
          <w:color w:val="008000"/>
        </w:rPr>
        <w:t>Levezetés: (2000 ÷ 2500) × 100 = 80%. Megoldás: árrésszint = 80%</w:t>
      </w:r>
    </w:p>
    <w:p w14:paraId="212CEA0A" w14:textId="77777777" w:rsidR="00E10EF9" w:rsidRDefault="00000000">
      <w:pPr>
        <w:spacing w:after="20"/>
      </w:pPr>
      <w:r>
        <w:t>b) Árrés = 2400 Ft, Nettó eladási ár = 3200 Ft</w:t>
      </w:r>
    </w:p>
    <w:p w14:paraId="531B5028" w14:textId="77777777" w:rsidR="00E10EF9" w:rsidRDefault="00000000">
      <w:pPr>
        <w:spacing w:after="20"/>
      </w:pPr>
      <w:r>
        <w:t>Árrésszint = __________ %</w:t>
      </w:r>
    </w:p>
    <w:p w14:paraId="59DEF628" w14:textId="77777777" w:rsidR="00E10EF9" w:rsidRDefault="00000000">
      <w:pPr>
        <w:spacing w:after="80"/>
      </w:pPr>
      <w:r>
        <w:rPr>
          <w:i/>
          <w:color w:val="008000"/>
        </w:rPr>
        <w:t>Levezetés: (2400 ÷ 3200) × 100 = 75%. Megoldás: árrésszint = 75%</w:t>
      </w:r>
    </w:p>
    <w:p w14:paraId="59963E63" w14:textId="77777777" w:rsidR="00E10EF9" w:rsidRDefault="00000000">
      <w:pPr>
        <w:spacing w:after="20"/>
      </w:pPr>
      <w:r>
        <w:t>c) Árrés = 1800 Ft, Nettó eladási ár = 3000 Ft</w:t>
      </w:r>
    </w:p>
    <w:p w14:paraId="73E43E58" w14:textId="77777777" w:rsidR="00E10EF9" w:rsidRDefault="00000000">
      <w:pPr>
        <w:spacing w:after="20"/>
      </w:pPr>
      <w:r>
        <w:t>Árrésszint = __________ %</w:t>
      </w:r>
    </w:p>
    <w:p w14:paraId="1638A2C4" w14:textId="77777777" w:rsidR="00E10EF9" w:rsidRDefault="00000000">
      <w:pPr>
        <w:spacing w:after="80"/>
      </w:pPr>
      <w:r>
        <w:rPr>
          <w:i/>
          <w:color w:val="008000"/>
        </w:rPr>
        <w:t>Levezetés: (1800 ÷ 3000) × 100 = 60%. Megoldás: árrésszint = 60%</w:t>
      </w:r>
    </w:p>
    <w:p w14:paraId="15C90928" w14:textId="77777777" w:rsidR="00E10EF9" w:rsidRDefault="00000000">
      <w:pPr>
        <w:spacing w:after="20"/>
      </w:pPr>
      <w:r>
        <w:t>d) Árrés = 2700 Ft, Nettó eladási ár = 3600 Ft</w:t>
      </w:r>
    </w:p>
    <w:p w14:paraId="5C70EFBD" w14:textId="77777777" w:rsidR="00E10EF9" w:rsidRDefault="00000000">
      <w:pPr>
        <w:spacing w:after="20"/>
      </w:pPr>
      <w:r>
        <w:t>Árrésszint = __________ %</w:t>
      </w:r>
    </w:p>
    <w:p w14:paraId="73AA05F1" w14:textId="77777777" w:rsidR="00E10EF9" w:rsidRDefault="00000000">
      <w:pPr>
        <w:spacing w:after="80"/>
      </w:pPr>
      <w:r>
        <w:rPr>
          <w:i/>
          <w:color w:val="008000"/>
        </w:rPr>
        <w:t>Levezetés: (2700 ÷ 3600) × 100 = 75%. Megoldás: árrésszint = 75%</w:t>
      </w:r>
    </w:p>
    <w:p w14:paraId="5CB2D80C" w14:textId="77777777" w:rsidR="00E10EF9" w:rsidRDefault="00000000">
      <w:pPr>
        <w:spacing w:before="120" w:after="80"/>
      </w:pPr>
      <w:r>
        <w:rPr>
          <w:b/>
          <w:sz w:val="24"/>
        </w:rPr>
        <w:t>9. Összetett feladatok</w:t>
      </w:r>
    </w:p>
    <w:p w14:paraId="54173AF8" w14:textId="77777777" w:rsidR="00E10EF9" w:rsidRDefault="00000000">
      <w:pPr>
        <w:spacing w:after="20"/>
      </w:pPr>
      <w:r>
        <w:t>1.</w:t>
      </w:r>
    </w:p>
    <w:p w14:paraId="1A3E2A8A" w14:textId="77777777" w:rsidR="00E10EF9" w:rsidRDefault="00000000">
      <w:pPr>
        <w:spacing w:after="20"/>
      </w:pPr>
      <w:r>
        <w:t>Egy étel ELÁBÉ-ja 850 Ft. A vállalkozás 200%-os haszonkulcsot alkalmaz.</w:t>
      </w:r>
    </w:p>
    <w:p w14:paraId="5DF2BFEE" w14:textId="77777777" w:rsidR="00E10EF9" w:rsidRDefault="00000000">
      <w:pPr>
        <w:spacing w:after="20"/>
      </w:pPr>
      <w:r>
        <w:t>a) Mennyi az árrés?</w:t>
      </w:r>
    </w:p>
    <w:p w14:paraId="44B9F875" w14:textId="77777777" w:rsidR="00E10EF9" w:rsidRDefault="00000000">
      <w:pPr>
        <w:spacing w:after="20"/>
      </w:pPr>
      <w:r>
        <w:t>b) Mennyi a nettó eladási ár?</w:t>
      </w:r>
    </w:p>
    <w:p w14:paraId="2D7D8908" w14:textId="77777777" w:rsidR="00E10EF9" w:rsidRDefault="00000000">
      <w:pPr>
        <w:spacing w:after="80"/>
      </w:pPr>
      <w:r>
        <w:rPr>
          <w:i/>
          <w:color w:val="008000"/>
        </w:rPr>
        <w:t>Levezetés: árrés = 850 × 200 ÷ 100 = 1700 Ft. Nettó eladási ár = 850 + 1700 = 2550 Ft. Megoldás: a) 1700 Ft, b) 2550 Ft</w:t>
      </w:r>
    </w:p>
    <w:p w14:paraId="43FEBA4B" w14:textId="77777777" w:rsidR="00E10EF9" w:rsidRDefault="00000000">
      <w:pPr>
        <w:spacing w:after="20"/>
      </w:pPr>
      <w:r>
        <w:t>2.</w:t>
      </w:r>
    </w:p>
    <w:p w14:paraId="1E3DA68A" w14:textId="77777777" w:rsidR="00E10EF9" w:rsidRDefault="00000000">
      <w:pPr>
        <w:spacing w:after="20"/>
      </w:pPr>
      <w:r>
        <w:t>Egy fogás nettó eladási ára 3000 Ft, ELÁBÉ-szintje 30%.</w:t>
      </w:r>
    </w:p>
    <w:p w14:paraId="3E2AC710" w14:textId="77777777" w:rsidR="00E10EF9" w:rsidRDefault="00000000">
      <w:pPr>
        <w:spacing w:after="20"/>
      </w:pPr>
      <w:r>
        <w:t>a) Mennyi az ELÁBÉ?</w:t>
      </w:r>
    </w:p>
    <w:p w14:paraId="0A237CDE" w14:textId="77777777" w:rsidR="00E10EF9" w:rsidRDefault="00000000">
      <w:pPr>
        <w:spacing w:after="20"/>
      </w:pPr>
      <w:r>
        <w:t>b) Mennyi az árrés?</w:t>
      </w:r>
    </w:p>
    <w:p w14:paraId="0E7A1224" w14:textId="77777777" w:rsidR="00E10EF9" w:rsidRDefault="00000000">
      <w:pPr>
        <w:spacing w:after="20"/>
      </w:pPr>
      <w:r>
        <w:t>c) Mennyi az árrésszint?</w:t>
      </w:r>
    </w:p>
    <w:p w14:paraId="7C16991C" w14:textId="77777777" w:rsidR="00E10EF9" w:rsidRDefault="00000000">
      <w:pPr>
        <w:spacing w:after="80"/>
      </w:pPr>
      <w:r>
        <w:rPr>
          <w:i/>
          <w:color w:val="008000"/>
        </w:rPr>
        <w:t>Levezetés: ELÁBÉ = 3000 × 30 ÷ 100 = 900 Ft. Árrés = 3000 − 900 = 2100 Ft. Árrésszint = 2100 ÷ 3000 × 100 = 70%. Megoldás: a) 900 Ft, b) 2100 Ft, c) 70%</w:t>
      </w:r>
    </w:p>
    <w:p w14:paraId="09FCC38E" w14:textId="77777777" w:rsidR="00E10EF9" w:rsidRDefault="00000000">
      <w:pPr>
        <w:spacing w:after="20"/>
      </w:pPr>
      <w:r>
        <w:t>3.</w:t>
      </w:r>
    </w:p>
    <w:p w14:paraId="40E6E625" w14:textId="77777777" w:rsidR="00E10EF9" w:rsidRDefault="00000000">
      <w:pPr>
        <w:spacing w:after="20"/>
      </w:pPr>
      <w:r>
        <w:lastRenderedPageBreak/>
        <w:t>Egy étel ELÁBÉ-ja 1200 Ft, árrése 2400 Ft.</w:t>
      </w:r>
    </w:p>
    <w:p w14:paraId="7517DED2" w14:textId="77777777" w:rsidR="00E10EF9" w:rsidRDefault="00000000">
      <w:pPr>
        <w:spacing w:after="20"/>
      </w:pPr>
      <w:r>
        <w:t>a) Mennyi a nettó eladási ár?</w:t>
      </w:r>
    </w:p>
    <w:p w14:paraId="2FCC2623" w14:textId="77777777" w:rsidR="00E10EF9" w:rsidRDefault="00000000">
      <w:pPr>
        <w:spacing w:after="20"/>
      </w:pPr>
      <w:r>
        <w:t>b) Mennyi a haszonkulcs?</w:t>
      </w:r>
    </w:p>
    <w:p w14:paraId="45DFCC54" w14:textId="77777777" w:rsidR="00E10EF9" w:rsidRDefault="00000000">
      <w:pPr>
        <w:spacing w:after="20"/>
      </w:pPr>
      <w:r>
        <w:t>c) Mennyi az ELÁBÉ-szint?</w:t>
      </w:r>
    </w:p>
    <w:p w14:paraId="35AE9486" w14:textId="77777777" w:rsidR="00E10EF9" w:rsidRDefault="00000000">
      <w:pPr>
        <w:spacing w:after="20"/>
      </w:pPr>
      <w:r>
        <w:t>d) Mennyi az árrésszint?</w:t>
      </w:r>
    </w:p>
    <w:p w14:paraId="0584A2A3" w14:textId="77777777" w:rsidR="00E10EF9" w:rsidRDefault="00000000">
      <w:pPr>
        <w:spacing w:after="80"/>
      </w:pPr>
      <w:r>
        <w:rPr>
          <w:i/>
          <w:color w:val="008000"/>
        </w:rPr>
        <w:t>Levezetés: nettó eladási ár = 1200 + 2400 = 3600 Ft. Haszonkulcs = 2400 ÷ 1200 × 100 = 200%. ELÁBÉ-szint = 1200 ÷ 3600 × 100 = 33,33%. Árrésszint = 2400 ÷ 3600 × 100 = 66,67%. Megoldás: a) 3600 Ft, b) 200%, c) 33,33%, d) 66,67%</w:t>
      </w:r>
    </w:p>
    <w:p w14:paraId="4C600568" w14:textId="77777777" w:rsidR="00E10EF9" w:rsidRDefault="00000000">
      <w:pPr>
        <w:spacing w:after="20"/>
      </w:pPr>
      <w:r>
        <w:t>4.</w:t>
      </w:r>
    </w:p>
    <w:p w14:paraId="1ABC377B" w14:textId="77777777" w:rsidR="00E10EF9" w:rsidRDefault="00000000">
      <w:pPr>
        <w:spacing w:after="20"/>
      </w:pPr>
      <w:r>
        <w:t>Egy fogás nettó eladási ára 4200 Ft, árrése 2800 Ft.</w:t>
      </w:r>
    </w:p>
    <w:p w14:paraId="41A93536" w14:textId="77777777" w:rsidR="00E10EF9" w:rsidRDefault="00000000">
      <w:pPr>
        <w:spacing w:after="20"/>
      </w:pPr>
      <w:r>
        <w:t>a) Mennyi az ELÁBÉ?</w:t>
      </w:r>
    </w:p>
    <w:p w14:paraId="136B360E" w14:textId="77777777" w:rsidR="00E10EF9" w:rsidRDefault="00000000">
      <w:pPr>
        <w:spacing w:after="20"/>
      </w:pPr>
      <w:r>
        <w:t>b) Mennyi a haszonkulcs?</w:t>
      </w:r>
    </w:p>
    <w:p w14:paraId="13057DF9" w14:textId="77777777" w:rsidR="00E10EF9" w:rsidRDefault="00000000">
      <w:pPr>
        <w:spacing w:after="20"/>
      </w:pPr>
      <w:r>
        <w:t>c) Mennyi az ELÁBÉ-szint?</w:t>
      </w:r>
    </w:p>
    <w:p w14:paraId="54BE667D" w14:textId="77777777" w:rsidR="00E10EF9" w:rsidRDefault="00000000">
      <w:pPr>
        <w:spacing w:after="20"/>
      </w:pPr>
      <w:r>
        <w:t>d) Mennyi az árrésszint?</w:t>
      </w:r>
    </w:p>
    <w:p w14:paraId="276EA99F" w14:textId="77777777" w:rsidR="00E10EF9" w:rsidRDefault="00000000">
      <w:pPr>
        <w:spacing w:after="80"/>
      </w:pPr>
      <w:r>
        <w:rPr>
          <w:i/>
          <w:color w:val="008000"/>
        </w:rPr>
        <w:t>Levezetés: ELÁBÉ = 4200 − 2800 = 1400 Ft. Haszonkulcs = 2800 ÷ 1400 × 100 = 200%. ELÁBÉ-szint = 1400 ÷ 4200 × 100 = 33,33%. Árrésszint = 2800 ÷ 4200 × 100 = 66,67%. Megoldás: a) 1400 Ft, b) 200%, c) 33,33%, d) 66,67%</w:t>
      </w:r>
    </w:p>
    <w:sectPr w:rsidR="00E10EF9" w:rsidSect="00034616">
      <w:pgSz w:w="12240" w:h="15840"/>
      <w:pgMar w:top="765" w:right="850" w:bottom="765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45177245">
    <w:abstractNumId w:val="8"/>
  </w:num>
  <w:num w:numId="2" w16cid:durableId="1516459456">
    <w:abstractNumId w:val="6"/>
  </w:num>
  <w:num w:numId="3" w16cid:durableId="1534683880">
    <w:abstractNumId w:val="5"/>
  </w:num>
  <w:num w:numId="4" w16cid:durableId="59057061">
    <w:abstractNumId w:val="4"/>
  </w:num>
  <w:num w:numId="5" w16cid:durableId="1933313966">
    <w:abstractNumId w:val="7"/>
  </w:num>
  <w:num w:numId="6" w16cid:durableId="1848983420">
    <w:abstractNumId w:val="3"/>
  </w:num>
  <w:num w:numId="7" w16cid:durableId="1898006935">
    <w:abstractNumId w:val="2"/>
  </w:num>
  <w:num w:numId="8" w16cid:durableId="889921754">
    <w:abstractNumId w:val="1"/>
  </w:num>
  <w:num w:numId="9" w16cid:durableId="593826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44CBE"/>
    <w:rsid w:val="00AA1D8D"/>
    <w:rsid w:val="00B47730"/>
    <w:rsid w:val="00CB0664"/>
    <w:rsid w:val="00CB7E66"/>
    <w:rsid w:val="00E10EF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BDD851"/>
  <w14:defaultImageDpi w14:val="300"/>
  <w15:docId w15:val="{004366AE-D6A6-4659-9AD3-3ADB3268D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rPr>
      <w:rFonts w:ascii="Calibri" w:hAnsi="Calibri"/>
      <w:sz w:val="21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745</Words>
  <Characters>5143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5877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Tamas Koller</dc:creator>
  <cp:keywords/>
  <dc:description>generated by python-docx</dc:description>
  <cp:lastModifiedBy>Tamas Koller</cp:lastModifiedBy>
  <cp:revision>2</cp:revision>
  <dcterms:created xsi:type="dcterms:W3CDTF">2026-06-24T09:27:00Z</dcterms:created>
  <dcterms:modified xsi:type="dcterms:W3CDTF">2026-06-24T09:27:00Z</dcterms:modified>
  <cp:category/>
</cp:coreProperties>
</file>