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7DE" w:rsidRPr="00454CA3" w:rsidRDefault="00027E7A" w:rsidP="00454CA3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proofErr w:type="spellStart"/>
      <w:r w:rsidRPr="00454CA3">
        <w:rPr>
          <w:rFonts w:ascii="Times New Roman" w:hAnsi="Times New Roman" w:cs="Times New Roman"/>
          <w:sz w:val="48"/>
          <w:szCs w:val="48"/>
        </w:rPr>
        <w:t>Feladatlap</w:t>
      </w:r>
      <w:proofErr w:type="spellEnd"/>
      <w:r w:rsidRPr="00454CA3">
        <w:rPr>
          <w:rFonts w:ascii="Times New Roman" w:hAnsi="Times New Roman" w:cs="Times New Roman"/>
          <w:sz w:val="48"/>
          <w:szCs w:val="48"/>
        </w:rPr>
        <w:t xml:space="preserve">: A </w:t>
      </w:r>
      <w:proofErr w:type="spellStart"/>
      <w:r w:rsidRPr="00454CA3">
        <w:rPr>
          <w:rFonts w:ascii="Times New Roman" w:hAnsi="Times New Roman" w:cs="Times New Roman"/>
          <w:sz w:val="48"/>
          <w:szCs w:val="48"/>
        </w:rPr>
        <w:t>víz</w:t>
      </w:r>
      <w:proofErr w:type="spellEnd"/>
      <w:r w:rsidRPr="00454CA3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454CA3">
        <w:rPr>
          <w:rFonts w:ascii="Times New Roman" w:hAnsi="Times New Roman" w:cs="Times New Roman"/>
          <w:sz w:val="48"/>
          <w:szCs w:val="48"/>
        </w:rPr>
        <w:t>szerepe</w:t>
      </w:r>
      <w:proofErr w:type="spellEnd"/>
      <w:r w:rsidRPr="00454CA3">
        <w:rPr>
          <w:rFonts w:ascii="Times New Roman" w:hAnsi="Times New Roman" w:cs="Times New Roman"/>
          <w:sz w:val="48"/>
          <w:szCs w:val="48"/>
        </w:rPr>
        <w:t xml:space="preserve"> a </w:t>
      </w:r>
      <w:proofErr w:type="spellStart"/>
      <w:r w:rsidRPr="00454CA3">
        <w:rPr>
          <w:rFonts w:ascii="Times New Roman" w:hAnsi="Times New Roman" w:cs="Times New Roman"/>
          <w:sz w:val="48"/>
          <w:szCs w:val="48"/>
        </w:rPr>
        <w:t>háztartásban</w:t>
      </w:r>
      <w:proofErr w:type="spellEnd"/>
    </w:p>
    <w:p w:rsidR="00BB56F3" w:rsidRDefault="00027E7A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B56F3">
        <w:rPr>
          <w:rFonts w:ascii="Times New Roman" w:hAnsi="Times New Roman" w:cs="Times New Roman"/>
          <w:sz w:val="40"/>
          <w:szCs w:val="40"/>
        </w:rPr>
        <w:t>Név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: ___________________________   </w:t>
      </w:r>
    </w:p>
    <w:p w:rsidR="006437DE" w:rsidRPr="00BB56F3" w:rsidRDefault="00027E7A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B56F3">
        <w:rPr>
          <w:rFonts w:ascii="Times New Roman" w:hAnsi="Times New Roman" w:cs="Times New Roman"/>
          <w:sz w:val="40"/>
          <w:szCs w:val="40"/>
        </w:rPr>
        <w:t>Dátum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>: ___________________________</w:t>
      </w:r>
    </w:p>
    <w:p w:rsidR="006437DE" w:rsidRPr="00BB56F3" w:rsidRDefault="00027E7A">
      <w:pPr>
        <w:rPr>
          <w:rFonts w:ascii="Times New Roman" w:hAnsi="Times New Roman" w:cs="Times New Roman"/>
          <w:sz w:val="40"/>
          <w:szCs w:val="40"/>
        </w:rPr>
      </w:pPr>
      <w:r w:rsidRPr="00BB56F3">
        <w:rPr>
          <w:rFonts w:ascii="Times New Roman" w:hAnsi="Times New Roman" w:cs="Times New Roman"/>
          <w:sz w:val="40"/>
          <w:szCs w:val="40"/>
        </w:rPr>
        <w:br/>
        <w:t xml:space="preserve">1.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Karikázd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be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azokat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a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dolgokat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amelyekhez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víz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kell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! </w:t>
      </w:r>
    </w:p>
    <w:p w:rsidR="00BB56F3" w:rsidRDefault="00027E7A" w:rsidP="00BB56F3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BB56F3">
        <w:rPr>
          <w:rFonts w:ascii="Times New Roman" w:hAnsi="Times New Roman" w:cs="Times New Roman"/>
          <w:sz w:val="40"/>
          <w:szCs w:val="40"/>
        </w:rPr>
        <w:t>Ivás</w:t>
      </w:r>
      <w:proofErr w:type="spellEnd"/>
    </w:p>
    <w:p w:rsidR="006437DE" w:rsidRPr="00BB56F3" w:rsidRDefault="00027E7A" w:rsidP="00BB56F3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BB56F3">
        <w:rPr>
          <w:rFonts w:ascii="Times New Roman" w:hAnsi="Times New Roman" w:cs="Times New Roman"/>
          <w:sz w:val="40"/>
          <w:szCs w:val="40"/>
        </w:rPr>
        <w:t>Tévénézés</w:t>
      </w:r>
      <w:proofErr w:type="spellEnd"/>
    </w:p>
    <w:p w:rsidR="00BB56F3" w:rsidRDefault="00027E7A" w:rsidP="00BB56F3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BB56F3">
        <w:rPr>
          <w:rFonts w:ascii="Times New Roman" w:hAnsi="Times New Roman" w:cs="Times New Roman"/>
          <w:sz w:val="40"/>
          <w:szCs w:val="40"/>
        </w:rPr>
        <w:t>Fogmosás</w:t>
      </w:r>
      <w:proofErr w:type="spellEnd"/>
    </w:p>
    <w:p w:rsidR="006437DE" w:rsidRPr="00BB56F3" w:rsidRDefault="00027E7A" w:rsidP="00BB56F3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BB56F3">
        <w:rPr>
          <w:rFonts w:ascii="Times New Roman" w:hAnsi="Times New Roman" w:cs="Times New Roman"/>
          <w:sz w:val="40"/>
          <w:szCs w:val="40"/>
        </w:rPr>
        <w:t>Olvasás</w:t>
      </w:r>
      <w:proofErr w:type="spellEnd"/>
    </w:p>
    <w:p w:rsidR="00BB56F3" w:rsidRDefault="00027E7A" w:rsidP="00BB56F3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BB56F3">
        <w:rPr>
          <w:rFonts w:ascii="Times New Roman" w:hAnsi="Times New Roman" w:cs="Times New Roman"/>
          <w:sz w:val="40"/>
          <w:szCs w:val="40"/>
        </w:rPr>
        <w:t>Növények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locsolása</w:t>
      </w:r>
      <w:proofErr w:type="spellEnd"/>
    </w:p>
    <w:p w:rsidR="006437DE" w:rsidRPr="00BB56F3" w:rsidRDefault="00027E7A" w:rsidP="00BB56F3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BB56F3">
        <w:rPr>
          <w:rFonts w:ascii="Times New Roman" w:hAnsi="Times New Roman" w:cs="Times New Roman"/>
          <w:sz w:val="40"/>
          <w:szCs w:val="40"/>
        </w:rPr>
        <w:t>Mosás</w:t>
      </w:r>
      <w:proofErr w:type="spellEnd"/>
    </w:p>
    <w:p w:rsidR="00BB56F3" w:rsidRDefault="00027E7A" w:rsidP="00BB56F3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BB56F3">
        <w:rPr>
          <w:rFonts w:ascii="Times New Roman" w:hAnsi="Times New Roman" w:cs="Times New Roman"/>
          <w:sz w:val="40"/>
          <w:szCs w:val="40"/>
        </w:rPr>
        <w:t>Rajzolás</w:t>
      </w:r>
      <w:proofErr w:type="spellEnd"/>
    </w:p>
    <w:p w:rsidR="006437DE" w:rsidRPr="00BB56F3" w:rsidRDefault="00027E7A" w:rsidP="00BB56F3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BB56F3">
        <w:rPr>
          <w:rFonts w:ascii="Times New Roman" w:hAnsi="Times New Roman" w:cs="Times New Roman"/>
          <w:sz w:val="40"/>
          <w:szCs w:val="40"/>
        </w:rPr>
        <w:t>Mosogatás</w:t>
      </w:r>
      <w:proofErr w:type="spellEnd"/>
    </w:p>
    <w:p w:rsidR="00454CA3" w:rsidRDefault="00027E7A">
      <w:pPr>
        <w:rPr>
          <w:rFonts w:ascii="Times New Roman" w:hAnsi="Times New Roman" w:cs="Times New Roman"/>
          <w:sz w:val="40"/>
          <w:szCs w:val="40"/>
        </w:rPr>
      </w:pPr>
      <w:r w:rsidRPr="00BB56F3">
        <w:rPr>
          <w:rFonts w:ascii="Times New Roman" w:hAnsi="Times New Roman" w:cs="Times New Roman"/>
          <w:sz w:val="40"/>
          <w:szCs w:val="40"/>
        </w:rPr>
        <w:br/>
      </w:r>
    </w:p>
    <w:p w:rsidR="00454CA3" w:rsidRDefault="00454CA3">
      <w:pPr>
        <w:rPr>
          <w:rFonts w:ascii="Times New Roman" w:hAnsi="Times New Roman" w:cs="Times New Roman"/>
          <w:sz w:val="40"/>
          <w:szCs w:val="40"/>
        </w:rPr>
      </w:pPr>
    </w:p>
    <w:p w:rsidR="00454CA3" w:rsidRDefault="00454CA3">
      <w:pPr>
        <w:rPr>
          <w:rFonts w:ascii="Times New Roman" w:hAnsi="Times New Roman" w:cs="Times New Roman"/>
          <w:sz w:val="40"/>
          <w:szCs w:val="40"/>
        </w:rPr>
      </w:pPr>
    </w:p>
    <w:p w:rsidR="006437DE" w:rsidRPr="00BB56F3" w:rsidRDefault="00027E7A">
      <w:pPr>
        <w:rPr>
          <w:rFonts w:ascii="Times New Roman" w:hAnsi="Times New Roman" w:cs="Times New Roman"/>
          <w:sz w:val="40"/>
          <w:szCs w:val="40"/>
        </w:rPr>
      </w:pPr>
      <w:r w:rsidRPr="00BB56F3">
        <w:rPr>
          <w:rFonts w:ascii="Times New Roman" w:hAnsi="Times New Roman" w:cs="Times New Roman"/>
          <w:sz w:val="40"/>
          <w:szCs w:val="40"/>
        </w:rPr>
        <w:lastRenderedPageBreak/>
        <w:t xml:space="preserve">2.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Kösd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össze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ami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összetartozik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! </w:t>
      </w:r>
    </w:p>
    <w:p w:rsidR="006437DE" w:rsidRPr="00BB56F3" w:rsidRDefault="00027E7A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B56F3">
        <w:rPr>
          <w:rFonts w:ascii="Times New Roman" w:hAnsi="Times New Roman" w:cs="Times New Roman"/>
          <w:sz w:val="40"/>
          <w:szCs w:val="40"/>
        </w:rPr>
        <w:t>Fogkefe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r w:rsidR="00BB56F3">
        <w:rPr>
          <w:rFonts w:ascii="Times New Roman" w:hAnsi="Times New Roman" w:cs="Times New Roman"/>
          <w:sz w:val="40"/>
          <w:szCs w:val="40"/>
        </w:rPr>
        <w:t xml:space="preserve">                                               </w:t>
      </w:r>
      <w:r w:rsidR="00454CA3">
        <w:rPr>
          <w:rFonts w:ascii="Times New Roman" w:hAnsi="Times New Roman" w:cs="Times New Roman"/>
          <w:sz w:val="40"/>
          <w:szCs w:val="40"/>
        </w:rPr>
        <w:t xml:space="preserve"> </w:t>
      </w:r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Edény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r w:rsidR="00BB56F3">
        <w:rPr>
          <w:rFonts w:ascii="Times New Roman" w:hAnsi="Times New Roman" w:cs="Times New Roman"/>
          <w:sz w:val="40"/>
          <w:szCs w:val="40"/>
        </w:rPr>
        <w:t xml:space="preserve">                                                  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Mosogatás</w:t>
      </w:r>
      <w:proofErr w:type="spellEnd"/>
      <w:r w:rsidR="00454CA3" w:rsidRPr="00454CA3">
        <w:rPr>
          <w:rFonts w:ascii="Times New Roman" w:hAnsi="Times New Roman" w:cs="Times New Roman"/>
          <w:sz w:val="40"/>
          <w:szCs w:val="40"/>
        </w:rPr>
        <w:t xml:space="preserve"> </w:t>
      </w:r>
      <w:r w:rsidR="00454CA3">
        <w:rPr>
          <w:rFonts w:ascii="Times New Roman" w:hAnsi="Times New Roman" w:cs="Times New Roman"/>
          <w:sz w:val="40"/>
          <w:szCs w:val="40"/>
        </w:rPr>
        <w:t xml:space="preserve">                                   </w:t>
      </w:r>
      <w:proofErr w:type="spellStart"/>
      <w:r w:rsidR="00454CA3" w:rsidRPr="00BB56F3">
        <w:rPr>
          <w:rFonts w:ascii="Times New Roman" w:hAnsi="Times New Roman" w:cs="Times New Roman"/>
          <w:sz w:val="40"/>
          <w:szCs w:val="40"/>
        </w:rPr>
        <w:t>Növények</w:t>
      </w:r>
      <w:proofErr w:type="spellEnd"/>
      <w:r w:rsidR="00454CA3"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454CA3" w:rsidRPr="00BB56F3">
        <w:rPr>
          <w:rFonts w:ascii="Times New Roman" w:hAnsi="Times New Roman" w:cs="Times New Roman"/>
          <w:sz w:val="40"/>
          <w:szCs w:val="40"/>
        </w:rPr>
        <w:t>locsolása</w:t>
      </w:r>
      <w:proofErr w:type="spellEnd"/>
    </w:p>
    <w:p w:rsidR="006437DE" w:rsidRPr="00BB56F3" w:rsidRDefault="00027E7A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B56F3">
        <w:rPr>
          <w:rFonts w:ascii="Times New Roman" w:hAnsi="Times New Roman" w:cs="Times New Roman"/>
          <w:sz w:val="40"/>
          <w:szCs w:val="40"/>
        </w:rPr>
        <w:t>Ruhák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r w:rsidR="00BB56F3">
        <w:rPr>
          <w:rFonts w:ascii="Times New Roman" w:hAnsi="Times New Roman" w:cs="Times New Roman"/>
          <w:sz w:val="40"/>
          <w:szCs w:val="40"/>
        </w:rPr>
        <w:t xml:space="preserve">                                                  </w:t>
      </w:r>
      <w:r w:rsidR="00454CA3">
        <w:rPr>
          <w:rFonts w:ascii="Times New Roman" w:hAnsi="Times New Roman" w:cs="Times New Roman"/>
          <w:sz w:val="40"/>
          <w:szCs w:val="40"/>
        </w:rPr>
        <w:t xml:space="preserve"> </w:t>
      </w:r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Mosás</w:t>
      </w:r>
      <w:proofErr w:type="spellEnd"/>
    </w:p>
    <w:p w:rsidR="006437DE" w:rsidRDefault="00027E7A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BB56F3">
        <w:rPr>
          <w:rFonts w:ascii="Times New Roman" w:hAnsi="Times New Roman" w:cs="Times New Roman"/>
          <w:sz w:val="40"/>
          <w:szCs w:val="40"/>
        </w:rPr>
        <w:t>Locsolókanna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r w:rsidR="00BB56F3"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="00454CA3">
        <w:rPr>
          <w:rFonts w:ascii="Times New Roman" w:hAnsi="Times New Roman" w:cs="Times New Roman"/>
          <w:sz w:val="40"/>
          <w:szCs w:val="40"/>
        </w:rPr>
        <w:t xml:space="preserve">           </w:t>
      </w:r>
      <w:r w:rsidR="00BB56F3">
        <w:rPr>
          <w:rFonts w:ascii="Times New Roman" w:hAnsi="Times New Roman" w:cs="Times New Roman"/>
          <w:sz w:val="40"/>
          <w:szCs w:val="40"/>
        </w:rPr>
        <w:t xml:space="preserve">  </w:t>
      </w:r>
      <w:proofErr w:type="spellStart"/>
      <w:r w:rsidR="00454CA3">
        <w:rPr>
          <w:rFonts w:ascii="Times New Roman" w:hAnsi="Times New Roman" w:cs="Times New Roman"/>
          <w:sz w:val="40"/>
          <w:szCs w:val="40"/>
        </w:rPr>
        <w:t>Fogmosás</w:t>
      </w:r>
      <w:proofErr w:type="spellEnd"/>
    </w:p>
    <w:p w:rsidR="00454CA3" w:rsidRPr="00BB56F3" w:rsidRDefault="00454CA3">
      <w:pPr>
        <w:rPr>
          <w:rFonts w:ascii="Times New Roman" w:hAnsi="Times New Roman" w:cs="Times New Roman"/>
          <w:sz w:val="40"/>
          <w:szCs w:val="40"/>
        </w:rPr>
      </w:pPr>
    </w:p>
    <w:p w:rsidR="006437DE" w:rsidRPr="00BB56F3" w:rsidRDefault="00027E7A">
      <w:pPr>
        <w:rPr>
          <w:rFonts w:ascii="Times New Roman" w:hAnsi="Times New Roman" w:cs="Times New Roman"/>
          <w:sz w:val="40"/>
          <w:szCs w:val="40"/>
        </w:rPr>
      </w:pPr>
      <w:r w:rsidRPr="00BB56F3">
        <w:rPr>
          <w:rFonts w:ascii="Times New Roman" w:hAnsi="Times New Roman" w:cs="Times New Roman"/>
          <w:sz w:val="40"/>
          <w:szCs w:val="40"/>
        </w:rPr>
        <w:br/>
        <w:t xml:space="preserve">3.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Húzd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alá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a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helyes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választ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! </w:t>
      </w:r>
    </w:p>
    <w:p w:rsidR="006437DE" w:rsidRPr="00BB56F3" w:rsidRDefault="00027E7A">
      <w:pPr>
        <w:rPr>
          <w:rFonts w:ascii="Times New Roman" w:hAnsi="Times New Roman" w:cs="Times New Roman"/>
          <w:sz w:val="40"/>
          <w:szCs w:val="40"/>
        </w:rPr>
      </w:pPr>
      <w:r w:rsidRPr="00BB56F3">
        <w:rPr>
          <w:rFonts w:ascii="Times New Roman" w:hAnsi="Times New Roman" w:cs="Times New Roman"/>
          <w:sz w:val="40"/>
          <w:szCs w:val="40"/>
        </w:rPr>
        <w:t xml:space="preserve">A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vizet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(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pazarolni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/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takarékosan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használni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)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kell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>.</w:t>
      </w:r>
    </w:p>
    <w:p w:rsidR="006437DE" w:rsidRPr="00BB56F3" w:rsidRDefault="00027E7A">
      <w:pPr>
        <w:rPr>
          <w:rFonts w:ascii="Times New Roman" w:hAnsi="Times New Roman" w:cs="Times New Roman"/>
          <w:sz w:val="40"/>
          <w:szCs w:val="40"/>
        </w:rPr>
      </w:pPr>
      <w:r w:rsidRPr="00BB56F3">
        <w:rPr>
          <w:rFonts w:ascii="Times New Roman" w:hAnsi="Times New Roman" w:cs="Times New Roman"/>
          <w:sz w:val="40"/>
          <w:szCs w:val="40"/>
        </w:rPr>
        <w:t xml:space="preserve">A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víz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(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nagyon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fontos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/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nem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fontos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) </w:t>
      </w:r>
      <w:proofErr w:type="spellStart"/>
      <w:proofErr w:type="gramStart"/>
      <w:r w:rsidRPr="00BB56F3">
        <w:rPr>
          <w:rFonts w:ascii="Times New Roman" w:hAnsi="Times New Roman" w:cs="Times New Roman"/>
          <w:sz w:val="40"/>
          <w:szCs w:val="40"/>
        </w:rPr>
        <w:t>az</w:t>
      </w:r>
      <w:proofErr w:type="spellEnd"/>
      <w:proofErr w:type="gram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élethez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>.</w:t>
      </w:r>
    </w:p>
    <w:p w:rsidR="006437DE" w:rsidRPr="00BB56F3" w:rsidRDefault="00027E7A">
      <w:pPr>
        <w:rPr>
          <w:rFonts w:ascii="Times New Roman" w:hAnsi="Times New Roman" w:cs="Times New Roman"/>
          <w:sz w:val="40"/>
          <w:szCs w:val="40"/>
        </w:rPr>
      </w:pPr>
      <w:r w:rsidRPr="00BB56F3">
        <w:rPr>
          <w:rFonts w:ascii="Times New Roman" w:hAnsi="Times New Roman" w:cs="Times New Roman"/>
          <w:sz w:val="40"/>
          <w:szCs w:val="40"/>
        </w:rPr>
        <w:t xml:space="preserve">A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csapot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(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nyitva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hagyjuk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/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elzárjuk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)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fogmosás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B56F3">
        <w:rPr>
          <w:rFonts w:ascii="Times New Roman" w:hAnsi="Times New Roman" w:cs="Times New Roman"/>
          <w:sz w:val="40"/>
          <w:szCs w:val="40"/>
        </w:rPr>
        <w:t>közben</w:t>
      </w:r>
      <w:proofErr w:type="spellEnd"/>
      <w:r w:rsidRPr="00BB56F3">
        <w:rPr>
          <w:rFonts w:ascii="Times New Roman" w:hAnsi="Times New Roman" w:cs="Times New Roman"/>
          <w:sz w:val="40"/>
          <w:szCs w:val="40"/>
        </w:rPr>
        <w:t>.</w:t>
      </w:r>
    </w:p>
    <w:p w:rsidR="00CB16F8" w:rsidRDefault="00027E7A" w:rsidP="00C1618F">
      <w:pPr>
        <w:rPr>
          <w:rFonts w:ascii="Times New Roman" w:hAnsi="Times New Roman" w:cs="Times New Roman"/>
          <w:sz w:val="40"/>
          <w:szCs w:val="40"/>
        </w:rPr>
      </w:pPr>
      <w:r w:rsidRPr="00BB56F3">
        <w:rPr>
          <w:rFonts w:ascii="Times New Roman" w:hAnsi="Times New Roman" w:cs="Times New Roman"/>
          <w:sz w:val="40"/>
          <w:szCs w:val="40"/>
        </w:rPr>
        <w:br/>
      </w:r>
    </w:p>
    <w:p w:rsidR="00CB16F8" w:rsidRPr="00BB56F3" w:rsidRDefault="00CB16F8">
      <w:pPr>
        <w:rPr>
          <w:rFonts w:ascii="Times New Roman" w:hAnsi="Times New Roman" w:cs="Times New Roman"/>
          <w:sz w:val="40"/>
          <w:szCs w:val="40"/>
        </w:rPr>
      </w:pPr>
    </w:p>
    <w:sectPr w:rsidR="00CB16F8" w:rsidRPr="00BB56F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7E7A"/>
    <w:rsid w:val="00034616"/>
    <w:rsid w:val="0006063C"/>
    <w:rsid w:val="0015074B"/>
    <w:rsid w:val="0029639D"/>
    <w:rsid w:val="00326F90"/>
    <w:rsid w:val="00454CA3"/>
    <w:rsid w:val="004628E7"/>
    <w:rsid w:val="006437DE"/>
    <w:rsid w:val="00814424"/>
    <w:rsid w:val="00AA1D8D"/>
    <w:rsid w:val="00AC095B"/>
    <w:rsid w:val="00B47730"/>
    <w:rsid w:val="00BB56F3"/>
    <w:rsid w:val="00C1618F"/>
    <w:rsid w:val="00CB0664"/>
    <w:rsid w:val="00CB16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28CFFDD-3DAE-46FF-95CF-44B36E39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D042ED-6986-465F-BE47-432AFD730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Anita</cp:lastModifiedBy>
  <cp:revision>2</cp:revision>
  <dcterms:created xsi:type="dcterms:W3CDTF">2025-03-22T13:18:00Z</dcterms:created>
  <dcterms:modified xsi:type="dcterms:W3CDTF">2025-03-22T13:18:00Z</dcterms:modified>
  <cp:category/>
</cp:coreProperties>
</file>